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721FA" w14:textId="77777777" w:rsidR="00C767F3" w:rsidRPr="004F70AA" w:rsidRDefault="00000000" w:rsidP="007B66DE">
      <w:pPr>
        <w:jc w:val="center"/>
        <w:rPr>
          <w:lang w:val="ru-RU"/>
        </w:rPr>
      </w:pPr>
      <w:r w:rsidRPr="004F70AA">
        <w:rPr>
          <w:b/>
          <w:sz w:val="28"/>
          <w:lang w:val="ru-RU"/>
        </w:rPr>
        <w:t>ДОГОВОР</w:t>
      </w:r>
    </w:p>
    <w:p w14:paraId="670F3CE0" w14:textId="06DBFC57" w:rsidR="00C767F3" w:rsidRDefault="00000000" w:rsidP="007B66DE">
      <w:pPr>
        <w:spacing w:after="140"/>
        <w:jc w:val="center"/>
        <w:rPr>
          <w:b/>
          <w:sz w:val="24"/>
          <w:lang w:val="ru-RU"/>
        </w:rPr>
      </w:pPr>
      <w:r w:rsidRPr="004F70AA">
        <w:rPr>
          <w:b/>
          <w:sz w:val="24"/>
          <w:lang w:val="ru-RU"/>
        </w:rPr>
        <w:t>краткосрочного найма жилого дома «Поле —</w:t>
      </w:r>
      <w:r w:rsidR="008F3C13">
        <w:rPr>
          <w:b/>
          <w:sz w:val="24"/>
          <w:lang w:val="ru-RU"/>
        </w:rPr>
        <w:t xml:space="preserve">                                    </w:t>
      </w:r>
      <w:proofErr w:type="gramStart"/>
      <w:r w:rsidR="008F3C13">
        <w:rPr>
          <w:b/>
          <w:sz w:val="24"/>
          <w:lang w:val="ru-RU"/>
        </w:rPr>
        <w:t xml:space="preserve">  </w:t>
      </w:r>
      <w:r w:rsidRPr="004F70AA">
        <w:rPr>
          <w:b/>
          <w:sz w:val="24"/>
          <w:lang w:val="ru-RU"/>
        </w:rPr>
        <w:t>»</w:t>
      </w:r>
      <w:proofErr w:type="gramEnd"/>
    </w:p>
    <w:p w14:paraId="1379309C" w14:textId="77777777" w:rsidR="008F3C13" w:rsidRPr="004F70AA" w:rsidRDefault="008F3C13" w:rsidP="007B66DE">
      <w:pPr>
        <w:spacing w:after="140"/>
        <w:jc w:val="center"/>
        <w:rPr>
          <w:lang w:val="ru-RU"/>
        </w:rPr>
      </w:pPr>
    </w:p>
    <w:tbl>
      <w:tblPr>
        <w:tblW w:w="0" w:type="auto"/>
        <w:jc w:val="center"/>
        <w:tblLayout w:type="fixed"/>
        <w:tblLook w:val="04A0" w:firstRow="1" w:lastRow="0" w:firstColumn="1" w:lastColumn="0" w:noHBand="0" w:noVBand="1"/>
      </w:tblPr>
      <w:tblGrid>
        <w:gridCol w:w="5156"/>
        <w:gridCol w:w="5156"/>
      </w:tblGrid>
      <w:tr w:rsidR="00C767F3" w14:paraId="59AA9A7B" w14:textId="77777777">
        <w:trPr>
          <w:jc w:val="center"/>
        </w:trPr>
        <w:tc>
          <w:tcPr>
            <w:tcW w:w="5156" w:type="dxa"/>
            <w:vAlign w:val="center"/>
          </w:tcPr>
          <w:p w14:paraId="63E4E12D" w14:textId="77777777" w:rsidR="00C767F3" w:rsidRDefault="00000000" w:rsidP="007B66DE">
            <w:pPr>
              <w:spacing w:after="0"/>
              <w:jc w:val="both"/>
              <w:rPr>
                <w:sz w:val="19"/>
                <w:lang w:val="ru-RU"/>
              </w:rPr>
            </w:pPr>
            <w:r>
              <w:rPr>
                <w:sz w:val="19"/>
              </w:rPr>
              <w:t>г. Краснодар</w:t>
            </w:r>
          </w:p>
          <w:p w14:paraId="4E9F3B09" w14:textId="77777777" w:rsidR="008F3C13" w:rsidRPr="008F3C13" w:rsidRDefault="008F3C13" w:rsidP="007B66DE">
            <w:pPr>
              <w:spacing w:after="0"/>
              <w:jc w:val="both"/>
              <w:rPr>
                <w:lang w:val="ru-RU"/>
              </w:rPr>
            </w:pPr>
          </w:p>
        </w:tc>
        <w:tc>
          <w:tcPr>
            <w:tcW w:w="5156" w:type="dxa"/>
            <w:vAlign w:val="center"/>
          </w:tcPr>
          <w:p w14:paraId="4DA8A40E" w14:textId="302C783D" w:rsidR="00C767F3" w:rsidRDefault="008F3C13" w:rsidP="007B66DE">
            <w:pPr>
              <w:spacing w:after="0"/>
              <w:jc w:val="both"/>
            </w:pPr>
            <w:r>
              <w:rPr>
                <w:sz w:val="19"/>
                <w:lang w:val="ru-RU"/>
              </w:rPr>
              <w:t xml:space="preserve">                                                          </w:t>
            </w:r>
            <w:r w:rsidR="00000000">
              <w:rPr>
                <w:sz w:val="19"/>
              </w:rPr>
              <w:t>«___» __________ 202__ г.</w:t>
            </w:r>
          </w:p>
        </w:tc>
      </w:tr>
      <w:tr w:rsidR="008F3C13" w14:paraId="79ACB77E" w14:textId="77777777">
        <w:trPr>
          <w:jc w:val="center"/>
        </w:trPr>
        <w:tc>
          <w:tcPr>
            <w:tcW w:w="5156" w:type="dxa"/>
            <w:vAlign w:val="center"/>
          </w:tcPr>
          <w:p w14:paraId="471D0665" w14:textId="77777777" w:rsidR="008F3C13" w:rsidRDefault="008F3C13" w:rsidP="007B66DE">
            <w:pPr>
              <w:spacing w:after="0"/>
              <w:jc w:val="both"/>
              <w:rPr>
                <w:sz w:val="19"/>
                <w:lang w:val="ru-RU"/>
              </w:rPr>
            </w:pPr>
          </w:p>
          <w:p w14:paraId="4C469B15" w14:textId="77777777" w:rsidR="008F3C13" w:rsidRPr="008F3C13" w:rsidRDefault="008F3C13" w:rsidP="007B66DE">
            <w:pPr>
              <w:spacing w:after="0"/>
              <w:jc w:val="both"/>
              <w:rPr>
                <w:sz w:val="19"/>
                <w:lang w:val="ru-RU"/>
              </w:rPr>
            </w:pPr>
          </w:p>
        </w:tc>
        <w:tc>
          <w:tcPr>
            <w:tcW w:w="5156" w:type="dxa"/>
            <w:vAlign w:val="center"/>
          </w:tcPr>
          <w:p w14:paraId="4BB85549" w14:textId="77777777" w:rsidR="008F3C13" w:rsidRDefault="008F3C13" w:rsidP="007B66DE">
            <w:pPr>
              <w:spacing w:after="0"/>
              <w:jc w:val="both"/>
              <w:rPr>
                <w:sz w:val="19"/>
                <w:lang w:val="ru-RU"/>
              </w:rPr>
            </w:pPr>
          </w:p>
        </w:tc>
      </w:tr>
    </w:tbl>
    <w:p w14:paraId="00F54205" w14:textId="638E8639" w:rsidR="00C767F3" w:rsidRPr="004F70AA" w:rsidRDefault="00000000" w:rsidP="007B66DE">
      <w:pPr>
        <w:ind w:firstLine="369"/>
        <w:jc w:val="both"/>
        <w:rPr>
          <w:lang w:val="ru-RU"/>
        </w:rPr>
      </w:pPr>
      <w:r w:rsidRPr="004F70AA">
        <w:rPr>
          <w:lang w:val="ru-RU"/>
        </w:rPr>
        <w:t xml:space="preserve">Гражданка Российской Федерации Белеста Евгения Васильевна, паспорт: серия </w:t>
      </w:r>
      <w:r w:rsidR="00704004" w:rsidRPr="00704004">
        <w:rPr>
          <w:lang w:val="ru-RU"/>
        </w:rPr>
        <w:t>0314</w:t>
      </w:r>
      <w:r w:rsidRPr="004F70AA">
        <w:rPr>
          <w:lang w:val="ru-RU"/>
        </w:rPr>
        <w:t xml:space="preserve"> № </w:t>
      </w:r>
      <w:r w:rsidR="00704004" w:rsidRPr="00704004">
        <w:rPr>
          <w:lang w:val="ru-RU"/>
        </w:rPr>
        <w:t>560176</w:t>
      </w:r>
      <w:r w:rsidRPr="004F70AA">
        <w:rPr>
          <w:lang w:val="ru-RU"/>
        </w:rPr>
        <w:t xml:space="preserve">, выдан </w:t>
      </w:r>
      <w:r w:rsidR="00704004" w:rsidRPr="00704004">
        <w:rPr>
          <w:lang w:val="ru-RU"/>
        </w:rPr>
        <w:t>отделом УФМС Ро</w:t>
      </w:r>
      <w:r w:rsidR="00D00339">
        <w:rPr>
          <w:lang w:val="ru-RU"/>
        </w:rPr>
        <w:t>с</w:t>
      </w:r>
      <w:r w:rsidR="00704004" w:rsidRPr="00704004">
        <w:rPr>
          <w:lang w:val="ru-RU"/>
        </w:rPr>
        <w:t>сии по Краснодарскому краю в Усть-Лабинском районе</w:t>
      </w:r>
      <w:r w:rsidR="00704004">
        <w:rPr>
          <w:lang w:val="ru-RU"/>
        </w:rPr>
        <w:t>,</w:t>
      </w:r>
      <w:r w:rsidRPr="004F70AA">
        <w:rPr>
          <w:lang w:val="ru-RU"/>
        </w:rPr>
        <w:t xml:space="preserve"> зарегистрированная по адресу: </w:t>
      </w:r>
      <w:r w:rsidR="00704004" w:rsidRPr="00704004">
        <w:rPr>
          <w:lang w:val="ru-RU"/>
        </w:rPr>
        <w:t>Краснодарский край, г. Краснодар, ул. Казбекская д.17 кв.27</w:t>
      </w:r>
      <w:r w:rsidRPr="004F70AA">
        <w:rPr>
          <w:lang w:val="ru-RU"/>
        </w:rPr>
        <w:t xml:space="preserve">, </w:t>
      </w:r>
      <w:r w:rsidRPr="00EF1F46">
        <w:rPr>
          <w:color w:val="000000" w:themeColor="text1"/>
          <w:lang w:val="ru-RU"/>
        </w:rPr>
        <w:t>являющаяся собственником жил</w:t>
      </w:r>
      <w:r w:rsidR="00EF1F46">
        <w:rPr>
          <w:color w:val="000000" w:themeColor="text1"/>
          <w:lang w:val="ru-RU"/>
        </w:rPr>
        <w:t>ых</w:t>
      </w:r>
      <w:r w:rsidRPr="00EF1F46">
        <w:rPr>
          <w:color w:val="000000" w:themeColor="text1"/>
          <w:lang w:val="ru-RU"/>
        </w:rPr>
        <w:t xml:space="preserve"> дом</w:t>
      </w:r>
      <w:r w:rsidR="00EF1F46">
        <w:rPr>
          <w:color w:val="000000" w:themeColor="text1"/>
          <w:lang w:val="ru-RU"/>
        </w:rPr>
        <w:t>ов</w:t>
      </w:r>
      <w:r w:rsidRPr="004F70AA">
        <w:rPr>
          <w:lang w:val="ru-RU"/>
        </w:rPr>
        <w:t>, именуемая в дальнейшем «Наймодатель», с одной стороны, и гражданин(ка) Российской Федерации ______________________________________________________, паспорт: серия ______ № __________, выдан ____</w:t>
      </w:r>
      <w:r w:rsidR="00704004">
        <w:rPr>
          <w:lang w:val="ru-RU"/>
        </w:rPr>
        <w:t>____________</w:t>
      </w:r>
      <w:r w:rsidRPr="004F70AA">
        <w:rPr>
          <w:lang w:val="ru-RU"/>
        </w:rPr>
        <w:t>________________________________________________, зарегистрированный(</w:t>
      </w:r>
      <w:proofErr w:type="spellStart"/>
      <w:r w:rsidRPr="004F70AA">
        <w:rPr>
          <w:lang w:val="ru-RU"/>
        </w:rPr>
        <w:t>ая</w:t>
      </w:r>
      <w:proofErr w:type="spellEnd"/>
      <w:r w:rsidRPr="004F70AA">
        <w:rPr>
          <w:lang w:val="ru-RU"/>
        </w:rPr>
        <w:t>) по адресу: ________________</w:t>
      </w:r>
      <w:r w:rsidR="00704004">
        <w:rPr>
          <w:lang w:val="ru-RU"/>
        </w:rPr>
        <w:t>__</w:t>
      </w:r>
      <w:r w:rsidRPr="004F70AA">
        <w:rPr>
          <w:lang w:val="ru-RU"/>
        </w:rPr>
        <w:t>______________________________________________, именуемый(</w:t>
      </w:r>
      <w:proofErr w:type="spellStart"/>
      <w:r w:rsidRPr="004F70AA">
        <w:rPr>
          <w:lang w:val="ru-RU"/>
        </w:rPr>
        <w:t>ая</w:t>
      </w:r>
      <w:proofErr w:type="spellEnd"/>
      <w:r w:rsidRPr="004F70AA">
        <w:rPr>
          <w:lang w:val="ru-RU"/>
        </w:rPr>
        <w:t>) в дальнейшем «Наниматель», с другой стороны, совместно именуемые «Стороны», заключили настоящий Договор о нижеследующем.</w:t>
      </w:r>
    </w:p>
    <w:p w14:paraId="5BF26B6B" w14:textId="77777777" w:rsidR="00C767F3" w:rsidRPr="004F70AA" w:rsidRDefault="00000000" w:rsidP="007B66DE">
      <w:pPr>
        <w:pStyle w:val="ContractHeading"/>
        <w:jc w:val="center"/>
        <w:rPr>
          <w:lang w:val="ru-RU"/>
        </w:rPr>
      </w:pPr>
      <w:r w:rsidRPr="004F70AA">
        <w:rPr>
          <w:lang w:val="ru-RU"/>
        </w:rPr>
        <w:t>1. ПРЕДМЕТ И СРОК НАЙМА</w:t>
      </w:r>
    </w:p>
    <w:p w14:paraId="7E0FCB26" w14:textId="0655E83C" w:rsidR="00C767F3" w:rsidRPr="004F70AA" w:rsidRDefault="00000000" w:rsidP="007B66DE">
      <w:pPr>
        <w:jc w:val="both"/>
        <w:rPr>
          <w:lang w:val="ru-RU"/>
        </w:rPr>
      </w:pPr>
      <w:r w:rsidRPr="004F70AA">
        <w:rPr>
          <w:b/>
          <w:lang w:val="ru-RU"/>
        </w:rPr>
        <w:t xml:space="preserve">1.1. </w:t>
      </w:r>
      <w:r w:rsidRPr="004F70AA">
        <w:rPr>
          <w:lang w:val="ru-RU"/>
        </w:rPr>
        <w:t>Наймодатель предоставляет Нанимателю за плату во временное владение и пользование для проживания двухэтажный жилой дом «Поле —</w:t>
      </w:r>
      <w:r w:rsidR="00EF1F46">
        <w:rPr>
          <w:lang w:val="ru-RU"/>
        </w:rPr>
        <w:t xml:space="preserve">         </w:t>
      </w:r>
      <w:r w:rsidR="008F3C13">
        <w:rPr>
          <w:lang w:val="ru-RU"/>
        </w:rPr>
        <w:t xml:space="preserve">                                 </w:t>
      </w:r>
      <w:r w:rsidR="00EF1F46">
        <w:rPr>
          <w:lang w:val="ru-RU"/>
        </w:rPr>
        <w:t xml:space="preserve">       </w:t>
      </w:r>
      <w:r w:rsidRPr="004F70AA">
        <w:rPr>
          <w:lang w:val="ru-RU"/>
        </w:rPr>
        <w:t xml:space="preserve">» общей площадью 100 кв. м по адресу: Краснодарский край, Северский район, Новодмитриевское поселение, станица Калужская, СНТ «Калужское», ул. Дачная, д. </w:t>
      </w:r>
      <w:r w:rsidR="00EF1F46">
        <w:rPr>
          <w:lang w:val="ru-RU"/>
        </w:rPr>
        <w:t xml:space="preserve">        </w:t>
      </w:r>
      <w:r w:rsidR="008F3C13">
        <w:rPr>
          <w:lang w:val="ru-RU"/>
        </w:rPr>
        <w:t xml:space="preserve">    </w:t>
      </w:r>
      <w:r w:rsidR="00EF1F46">
        <w:rPr>
          <w:lang w:val="ru-RU"/>
        </w:rPr>
        <w:t xml:space="preserve">     </w:t>
      </w:r>
      <w:r w:rsidRPr="004F70AA">
        <w:rPr>
          <w:lang w:val="ru-RU"/>
        </w:rPr>
        <w:t>(далее — «Дом»).</w:t>
      </w:r>
    </w:p>
    <w:p w14:paraId="3EF16FF5" w14:textId="77777777" w:rsidR="00C767F3" w:rsidRPr="004F70AA" w:rsidRDefault="00000000" w:rsidP="007B66DE">
      <w:pPr>
        <w:jc w:val="both"/>
        <w:rPr>
          <w:lang w:val="ru-RU"/>
        </w:rPr>
      </w:pPr>
      <w:r w:rsidRPr="004F70AA">
        <w:rPr>
          <w:b/>
          <w:lang w:val="ru-RU"/>
        </w:rPr>
        <w:t xml:space="preserve">1.1.1. </w:t>
      </w:r>
      <w:r w:rsidRPr="004F70AA">
        <w:rPr>
          <w:lang w:val="ru-RU"/>
        </w:rPr>
        <w:t xml:space="preserve">Наймодатель подтверждает, что </w:t>
      </w:r>
      <w:r w:rsidRPr="008F3C13">
        <w:rPr>
          <w:color w:val="000000" w:themeColor="text1"/>
          <w:lang w:val="ru-RU"/>
        </w:rPr>
        <w:t xml:space="preserve">является собственником Дома </w:t>
      </w:r>
      <w:r w:rsidRPr="004F70AA">
        <w:rPr>
          <w:lang w:val="ru-RU"/>
        </w:rPr>
        <w:t>и вправе передавать его в краткосрочный наём.</w:t>
      </w:r>
    </w:p>
    <w:p w14:paraId="4F60ED49" w14:textId="77777777" w:rsidR="00C767F3" w:rsidRPr="004F70AA" w:rsidRDefault="00000000" w:rsidP="007B66DE">
      <w:pPr>
        <w:jc w:val="both"/>
        <w:rPr>
          <w:lang w:val="ru-RU"/>
        </w:rPr>
      </w:pPr>
      <w:r w:rsidRPr="004F70AA">
        <w:rPr>
          <w:b/>
          <w:lang w:val="ru-RU"/>
        </w:rPr>
        <w:t xml:space="preserve">1.2. </w:t>
      </w:r>
      <w:r w:rsidRPr="004F70AA">
        <w:rPr>
          <w:lang w:val="ru-RU"/>
        </w:rPr>
        <w:t>Вместе с Домом на тот же срок Нанимателю предоставляется право пользования прилегающим земельным участком и расположенными на территории баней, подогреваемым бассейном, беседкой, мангальной и костровой зонами, местами для размещения автомобилей, мебелью, бытовой техникой, инвентарём и иным имуществом Наймодателя. Упоминание указанных объектов в Договоре не означает признания их самостоятельными объектами недвижимости.</w:t>
      </w:r>
    </w:p>
    <w:p w14:paraId="547BD6D8" w14:textId="115BBFA4" w:rsidR="00C767F3" w:rsidRPr="004F70AA" w:rsidRDefault="00000000" w:rsidP="007B66DE">
      <w:pPr>
        <w:jc w:val="both"/>
        <w:rPr>
          <w:lang w:val="ru-RU"/>
        </w:rPr>
      </w:pPr>
      <w:r w:rsidRPr="004F70AA">
        <w:rPr>
          <w:b/>
          <w:lang w:val="ru-RU"/>
        </w:rPr>
        <w:t xml:space="preserve">1.3. </w:t>
      </w:r>
      <w:r w:rsidRPr="000E3A74">
        <w:rPr>
          <w:lang w:val="ru-RU"/>
        </w:rPr>
        <w:t xml:space="preserve">Дом включает жилые комнаты и кухню-гостиную и рассчитан на </w:t>
      </w:r>
      <w:r w:rsidR="008F3C13">
        <w:rPr>
          <w:lang w:val="ru-RU"/>
        </w:rPr>
        <w:t xml:space="preserve">            </w:t>
      </w:r>
      <w:r w:rsidRPr="000E3A74">
        <w:rPr>
          <w:lang w:val="ru-RU"/>
        </w:rPr>
        <w:t xml:space="preserve"> спальных мест. Согласованное Сторонами количество лиц: днём — ______ человек, ночью — ______ человек, при этом количество лиц, находящихся в Доме и/или на территории в ночное время, не может превышать </w:t>
      </w:r>
      <w:r w:rsidR="0006522D">
        <w:rPr>
          <w:lang w:val="ru-RU"/>
        </w:rPr>
        <w:t xml:space="preserve">                      </w:t>
      </w:r>
      <w:r w:rsidRPr="000E3A74">
        <w:rPr>
          <w:lang w:val="ru-RU"/>
        </w:rPr>
        <w:t>человек.</w:t>
      </w:r>
    </w:p>
    <w:p w14:paraId="2DEE07B1" w14:textId="10D502CB" w:rsidR="00C767F3" w:rsidRPr="004F70AA" w:rsidRDefault="00000000" w:rsidP="007B66DE">
      <w:pPr>
        <w:jc w:val="both"/>
        <w:rPr>
          <w:lang w:val="ru-RU"/>
        </w:rPr>
      </w:pPr>
      <w:r w:rsidRPr="004F70AA">
        <w:rPr>
          <w:b/>
          <w:lang w:val="ru-RU"/>
        </w:rPr>
        <w:t xml:space="preserve">1.4. </w:t>
      </w:r>
      <w:r w:rsidRPr="000E3A74">
        <w:rPr>
          <w:lang w:val="ru-RU"/>
        </w:rPr>
        <w:t xml:space="preserve">Стоимость найма рассчитана на нахождение до </w:t>
      </w:r>
      <w:r w:rsidR="0006522D">
        <w:rPr>
          <w:lang w:val="ru-RU"/>
        </w:rPr>
        <w:t xml:space="preserve">       </w:t>
      </w:r>
      <w:r w:rsidRPr="000E3A74">
        <w:rPr>
          <w:lang w:val="ru-RU"/>
        </w:rPr>
        <w:t xml:space="preserve"> человек. За дневное посещение каждого дополнительного лица взимается плата в размере 3 000 (три тысячи) рублей за каждый день такого посещения независимо от продолжительности пребывания дополнительного лица на территории. Для целей настоящего пункта дневным временем считается: в день начала срока найма — период с 14:00 до 22:00; </w:t>
      </w:r>
    </w:p>
    <w:p w14:paraId="1FA9E85F" w14:textId="77777777" w:rsidR="00C767F3" w:rsidRPr="004F70AA" w:rsidRDefault="00000000" w:rsidP="007B66DE">
      <w:pPr>
        <w:jc w:val="both"/>
        <w:rPr>
          <w:lang w:val="ru-RU"/>
        </w:rPr>
      </w:pPr>
      <w:r w:rsidRPr="004F70AA">
        <w:rPr>
          <w:b/>
          <w:lang w:val="ru-RU"/>
        </w:rPr>
        <w:t xml:space="preserve">1.5. </w:t>
      </w:r>
      <w:r w:rsidRPr="004F70AA">
        <w:rPr>
          <w:lang w:val="ru-RU"/>
        </w:rPr>
        <w:t>Срок найма: с «___» __________ 202__ г. с 14:00 до «___» __________ 202__ г. до 11:00, всего ______ суток. Раннее начало пользования Домом и более позднее освобождение допускаются только по предварительному согласованию с Наймодателем и могут оплачиваться дополнительно.</w:t>
      </w:r>
    </w:p>
    <w:p w14:paraId="54443A89" w14:textId="77777777" w:rsidR="00C767F3" w:rsidRPr="004F70AA" w:rsidRDefault="00000000" w:rsidP="007B66DE">
      <w:pPr>
        <w:jc w:val="both"/>
        <w:rPr>
          <w:lang w:val="ru-RU"/>
        </w:rPr>
      </w:pPr>
      <w:r w:rsidRPr="004F70AA">
        <w:rPr>
          <w:b/>
          <w:lang w:val="ru-RU"/>
        </w:rPr>
        <w:t xml:space="preserve">1.6. </w:t>
      </w:r>
      <w:r w:rsidRPr="004F70AA">
        <w:rPr>
          <w:lang w:val="ru-RU"/>
        </w:rPr>
        <w:t>Дом предоставляется исключительно для временного проживания. Настоящим Договором не предусматривается гостиничное обслуживание. В течение срока найма ежедневная уборка, смена постельного белья и иное текущее обслуживание не осуществляются, если Стороны отдельно письменно не согласовали иное.</w:t>
      </w:r>
    </w:p>
    <w:p w14:paraId="5886722F" w14:textId="77777777" w:rsidR="00C767F3" w:rsidRDefault="00000000" w:rsidP="007B66DE">
      <w:pPr>
        <w:jc w:val="both"/>
        <w:rPr>
          <w:lang w:val="ru-RU"/>
        </w:rPr>
      </w:pPr>
      <w:r w:rsidRPr="004F70AA">
        <w:rPr>
          <w:b/>
          <w:lang w:val="ru-RU"/>
        </w:rPr>
        <w:t xml:space="preserve">1.7. </w:t>
      </w:r>
      <w:r w:rsidRPr="004F70AA">
        <w:rPr>
          <w:lang w:val="ru-RU"/>
        </w:rPr>
        <w:t>В плату за наём включено пользование Домом и указанным в п. 1.2 имуществом, а также обычное потребление коммунальных ресурсов в бытовых целях. При передаче Дома Нанимателю предоставляются имеющиеся в Доме постельное бельё, полотенца, халаты, кухонная посуда и принадлежности для мангальной зоны.</w:t>
      </w:r>
    </w:p>
    <w:p w14:paraId="1907192E" w14:textId="77777777" w:rsidR="0006522D" w:rsidRDefault="0006522D" w:rsidP="007B66DE">
      <w:pPr>
        <w:jc w:val="both"/>
        <w:rPr>
          <w:lang w:val="ru-RU"/>
        </w:rPr>
      </w:pPr>
    </w:p>
    <w:p w14:paraId="690B4B18" w14:textId="77777777" w:rsidR="0006522D" w:rsidRDefault="0006522D" w:rsidP="007B66DE">
      <w:pPr>
        <w:jc w:val="both"/>
        <w:rPr>
          <w:lang w:val="ru-RU"/>
        </w:rPr>
      </w:pPr>
    </w:p>
    <w:p w14:paraId="27D9DA63" w14:textId="77777777" w:rsidR="0006522D" w:rsidRDefault="0006522D" w:rsidP="007B66DE">
      <w:pPr>
        <w:jc w:val="both"/>
        <w:rPr>
          <w:lang w:val="ru-RU"/>
        </w:rPr>
      </w:pPr>
    </w:p>
    <w:p w14:paraId="554C77DA" w14:textId="77777777" w:rsidR="0006522D" w:rsidRPr="004F70AA" w:rsidRDefault="0006522D" w:rsidP="007B66DE">
      <w:pPr>
        <w:jc w:val="both"/>
        <w:rPr>
          <w:lang w:val="ru-RU"/>
        </w:rPr>
      </w:pPr>
    </w:p>
    <w:p w14:paraId="38D75BCD" w14:textId="77777777" w:rsidR="00C767F3" w:rsidRDefault="00000000" w:rsidP="007B66DE">
      <w:pPr>
        <w:pStyle w:val="ContractHeading"/>
        <w:jc w:val="center"/>
        <w:rPr>
          <w:lang w:val="ru-RU"/>
        </w:rPr>
      </w:pPr>
      <w:r w:rsidRPr="004F70AA">
        <w:rPr>
          <w:lang w:val="ru-RU"/>
        </w:rPr>
        <w:lastRenderedPageBreak/>
        <w:t>2. ПЛАТА ЗА НАЁМ И ОБЕСПЕЧИТЕЛЬНЫЙ ПЛАТЁЖ</w:t>
      </w:r>
    </w:p>
    <w:p w14:paraId="56B66107" w14:textId="77777777" w:rsidR="0006522D" w:rsidRPr="004F70AA" w:rsidRDefault="0006522D" w:rsidP="007B66DE">
      <w:pPr>
        <w:pStyle w:val="ContractHeading"/>
        <w:jc w:val="center"/>
        <w:rPr>
          <w:lang w:val="ru-RU"/>
        </w:rPr>
      </w:pPr>
    </w:p>
    <w:p w14:paraId="38E9A270" w14:textId="679361DB" w:rsidR="00C767F3" w:rsidRPr="004F70AA" w:rsidRDefault="00000000" w:rsidP="007B66DE">
      <w:pPr>
        <w:jc w:val="both"/>
        <w:rPr>
          <w:lang w:val="ru-RU"/>
        </w:rPr>
      </w:pPr>
      <w:r w:rsidRPr="004F70AA">
        <w:rPr>
          <w:b/>
          <w:lang w:val="ru-RU"/>
        </w:rPr>
        <w:t xml:space="preserve">2.1. </w:t>
      </w:r>
      <w:r w:rsidRPr="000E3A74">
        <w:rPr>
          <w:lang w:val="ru-RU"/>
        </w:rPr>
        <w:t xml:space="preserve">Актуальная информация о стоимости найма Дома публикуется на сайте Наймодателя: </w:t>
      </w:r>
      <w:hyperlink r:id="rId8" w:history="1">
        <w:r w:rsidR="007B66DE" w:rsidRPr="00603D7C">
          <w:rPr>
            <w:rStyle w:val="aff8"/>
          </w:rPr>
          <w:t>https</w:t>
        </w:r>
        <w:r w:rsidR="007B66DE" w:rsidRPr="00603D7C">
          <w:rPr>
            <w:rStyle w:val="aff8"/>
            <w:lang w:val="ru-RU"/>
          </w:rPr>
          <w:t>://</w:t>
        </w:r>
        <w:r w:rsidR="007B66DE" w:rsidRPr="00603D7C">
          <w:rPr>
            <w:rStyle w:val="aff8"/>
          </w:rPr>
          <w:t>pole</w:t>
        </w:r>
        <w:r w:rsidR="007B66DE" w:rsidRPr="00603D7C">
          <w:rPr>
            <w:rStyle w:val="aff8"/>
            <w:lang w:val="ru-RU"/>
          </w:rPr>
          <w:t>-</w:t>
        </w:r>
        <w:r w:rsidR="007B66DE" w:rsidRPr="00603D7C">
          <w:rPr>
            <w:rStyle w:val="aff8"/>
          </w:rPr>
          <w:t>glamping</w:t>
        </w:r>
        <w:r w:rsidR="007B66DE" w:rsidRPr="00603D7C">
          <w:rPr>
            <w:rStyle w:val="aff8"/>
            <w:lang w:val="ru-RU"/>
          </w:rPr>
          <w:t>.</w:t>
        </w:r>
        <w:proofErr w:type="spellStart"/>
        <w:r w:rsidR="007B66DE" w:rsidRPr="00603D7C">
          <w:rPr>
            <w:rStyle w:val="aff8"/>
          </w:rPr>
          <w:t>ru</w:t>
        </w:r>
        <w:proofErr w:type="spellEnd"/>
        <w:r w:rsidR="007B66DE" w:rsidRPr="00603D7C">
          <w:rPr>
            <w:rStyle w:val="aff8"/>
            <w:lang w:val="ru-RU"/>
          </w:rPr>
          <w:t>/</w:t>
        </w:r>
      </w:hyperlink>
      <w:r w:rsidRPr="000E3A74">
        <w:rPr>
          <w:lang w:val="ru-RU"/>
        </w:rPr>
        <w:t>.</w:t>
      </w:r>
      <w:r w:rsidR="007B66DE">
        <w:rPr>
          <w:lang w:val="ru-RU"/>
        </w:rPr>
        <w:t xml:space="preserve"> </w:t>
      </w:r>
      <w:r w:rsidRPr="000E3A74">
        <w:rPr>
          <w:lang w:val="ru-RU"/>
        </w:rPr>
        <w:t>Плата по настоящему Договору за весь согласованный срок найма составляет ___________</w:t>
      </w:r>
      <w:r w:rsidR="007B66DE">
        <w:rPr>
          <w:lang w:val="ru-RU"/>
        </w:rPr>
        <w:t>________________________________________</w:t>
      </w:r>
      <w:r w:rsidRPr="000E3A74">
        <w:rPr>
          <w:lang w:val="ru-RU"/>
        </w:rPr>
        <w:t>_______________ рублей. Указанный размер платы за наём является окончательным и не изменяется вследствие последующего изменения цен, размещённых на сайте. Дополнительные платежи, предусмотренные настоящим Договором, в указанную сумму не входят.</w:t>
      </w:r>
    </w:p>
    <w:p w14:paraId="760969CB" w14:textId="77777777" w:rsidR="00C767F3" w:rsidRPr="004F70AA" w:rsidRDefault="00000000" w:rsidP="007B66DE">
      <w:pPr>
        <w:jc w:val="both"/>
        <w:rPr>
          <w:lang w:val="ru-RU"/>
        </w:rPr>
      </w:pPr>
      <w:r w:rsidRPr="004F70AA">
        <w:rPr>
          <w:b/>
          <w:lang w:val="ru-RU"/>
        </w:rPr>
        <w:t xml:space="preserve">2.2. </w:t>
      </w:r>
      <w:r w:rsidRPr="004F70AA">
        <w:rPr>
          <w:lang w:val="ru-RU"/>
        </w:rPr>
        <w:t xml:space="preserve">Наниматель оплачивает 100% платы за весь срок найма до передачи </w:t>
      </w:r>
      <w:proofErr w:type="gramStart"/>
      <w:r w:rsidRPr="004F70AA">
        <w:rPr>
          <w:lang w:val="ru-RU"/>
        </w:rPr>
        <w:t>ему Дома</w:t>
      </w:r>
      <w:proofErr w:type="gramEnd"/>
      <w:r w:rsidRPr="004F70AA">
        <w:rPr>
          <w:lang w:val="ru-RU"/>
        </w:rPr>
        <w:t>, ключей и/или средств доступа. До поступления полной оплаты Наймодатель вправе не передавать Дом Нанимателю.</w:t>
      </w:r>
    </w:p>
    <w:p w14:paraId="622C790B" w14:textId="77777777" w:rsidR="00C767F3" w:rsidRPr="004F70AA" w:rsidRDefault="00000000" w:rsidP="007B66DE">
      <w:pPr>
        <w:jc w:val="both"/>
        <w:rPr>
          <w:lang w:val="ru-RU"/>
        </w:rPr>
      </w:pPr>
      <w:r w:rsidRPr="004F70AA">
        <w:rPr>
          <w:b/>
          <w:lang w:val="ru-RU"/>
        </w:rPr>
        <w:t xml:space="preserve">2.3. </w:t>
      </w:r>
      <w:r w:rsidRPr="004F70AA">
        <w:rPr>
          <w:lang w:val="ru-RU"/>
        </w:rPr>
        <w:t>До начала срока найма Наниматель вносит Наймодателю обеспечительный платёж в размере 10 000 (десять тысяч) рублей. Обеспечительный платёж не является частью платы за наём, если Стороны письменно не согласовали иное.</w:t>
      </w:r>
    </w:p>
    <w:p w14:paraId="5F2C9534" w14:textId="77777777" w:rsidR="00C767F3" w:rsidRPr="004F70AA" w:rsidRDefault="00000000" w:rsidP="007B66DE">
      <w:pPr>
        <w:jc w:val="both"/>
        <w:rPr>
          <w:lang w:val="ru-RU"/>
        </w:rPr>
      </w:pPr>
      <w:r w:rsidRPr="004F70AA">
        <w:rPr>
          <w:b/>
          <w:lang w:val="ru-RU"/>
        </w:rPr>
        <w:t xml:space="preserve">2.4. </w:t>
      </w:r>
      <w:r w:rsidRPr="000E3A74">
        <w:rPr>
          <w:lang w:val="ru-RU"/>
        </w:rPr>
        <w:t>Если Наниматель уведомил Наймодателя об отказе от Договора одним из способов, предусмотренных п. 6.1 настоящего Договора, не менее чем за 7 календарных дней до даты начала найма, договорная неустойка не начисляется, а обеспечительный платёж подлежит возврату.</w:t>
      </w:r>
    </w:p>
    <w:p w14:paraId="4C64CF8B" w14:textId="77777777" w:rsidR="00C767F3" w:rsidRPr="00D1245D" w:rsidRDefault="00000000" w:rsidP="007B66DE">
      <w:pPr>
        <w:jc w:val="both"/>
        <w:rPr>
          <w:lang w:val="ru-RU"/>
        </w:rPr>
      </w:pPr>
      <w:r w:rsidRPr="004F70AA">
        <w:rPr>
          <w:b/>
          <w:lang w:val="ru-RU"/>
        </w:rPr>
        <w:t xml:space="preserve">2.5. </w:t>
      </w:r>
      <w:r w:rsidR="00D1245D" w:rsidRPr="00D1245D">
        <w:rPr>
          <w:lang w:val="ru-RU"/>
        </w:rPr>
        <w:t xml:space="preserve">Если Наниматель отказался от Договора менее чем за 7 календарных дней до даты начала найма либо не прибыл к началу срока найма в согласованный день, Наниматель уплачивает Наймодателю договорную неустойку 10 000 (десять тысяч) рублей. </w:t>
      </w:r>
      <w:r w:rsidR="00BD1380" w:rsidRPr="000E3A74">
        <w:rPr>
          <w:lang w:val="ru-RU"/>
        </w:rPr>
        <w:t>Неустойка погашается зачётом ранее внесённого обеспечительного платежа.</w:t>
      </w:r>
    </w:p>
    <w:p w14:paraId="527AF7AA" w14:textId="719ED683" w:rsidR="00C767F3" w:rsidRPr="004F70AA" w:rsidRDefault="00000000" w:rsidP="007B66DE">
      <w:pPr>
        <w:jc w:val="both"/>
        <w:rPr>
          <w:lang w:val="ru-RU"/>
        </w:rPr>
      </w:pPr>
      <w:r w:rsidRPr="004F70AA">
        <w:rPr>
          <w:b/>
          <w:lang w:val="ru-RU"/>
        </w:rPr>
        <w:t xml:space="preserve">2.6. </w:t>
      </w:r>
      <w:r w:rsidRPr="004F70AA">
        <w:rPr>
          <w:lang w:val="ru-RU"/>
        </w:rPr>
        <w:t>После передачи Дома обеспечительный платёж обеспечивает исполнение обязательств Нанимателя по возмещению ущерба, оплате предусмотренных Договором неустоек, утраченных ключей/средств доступа и иных денежных обязательств по Договору.</w:t>
      </w:r>
    </w:p>
    <w:p w14:paraId="527C0B60" w14:textId="77777777" w:rsidR="00C767F3" w:rsidRPr="004F70AA" w:rsidRDefault="00000000" w:rsidP="007B66DE">
      <w:pPr>
        <w:jc w:val="both"/>
        <w:rPr>
          <w:lang w:val="ru-RU"/>
        </w:rPr>
      </w:pPr>
      <w:r w:rsidRPr="004F70AA">
        <w:rPr>
          <w:b/>
          <w:lang w:val="ru-RU"/>
        </w:rPr>
        <w:t xml:space="preserve">2.7. </w:t>
      </w:r>
      <w:r w:rsidRPr="004F70AA">
        <w:rPr>
          <w:lang w:val="ru-RU"/>
        </w:rPr>
        <w:t>Если при возврате Дома отсутствуют основания для удержания, обеспечительный платёж возвращается после осмотра имущества не ранее чем через 3 часа и не позднее 24 часов после фактического выезда. При выявлении повреждений или иных денежных требований Наймодатель направляет Нанимателю сообщение с описанием и, по возможности, фото- или видеофиксацией. Неоспариваемая часть обеспечительного платежа возвращается без необоснованной задержки.</w:t>
      </w:r>
    </w:p>
    <w:p w14:paraId="7BCD3AD0" w14:textId="77777777" w:rsidR="00C767F3" w:rsidRPr="004F70AA" w:rsidRDefault="00000000" w:rsidP="007B66DE">
      <w:pPr>
        <w:jc w:val="both"/>
        <w:rPr>
          <w:lang w:val="ru-RU"/>
        </w:rPr>
      </w:pPr>
      <w:r w:rsidRPr="004F70AA">
        <w:rPr>
          <w:b/>
          <w:lang w:val="ru-RU"/>
        </w:rPr>
        <w:t xml:space="preserve">2.8. </w:t>
      </w:r>
      <w:r w:rsidRPr="004F70AA">
        <w:rPr>
          <w:lang w:val="ru-RU"/>
        </w:rPr>
        <w:t>Если размер обязательств Нанимателя превышает обеспечительный платёж, Наниматель обязан оплатить разницу в течение 3 рабочих дней после получения расчёта и подтверждающих материалов.</w:t>
      </w:r>
    </w:p>
    <w:p w14:paraId="0B562EB5" w14:textId="77777777" w:rsidR="00C767F3" w:rsidRPr="004F70AA" w:rsidRDefault="00000000" w:rsidP="007B66DE">
      <w:pPr>
        <w:jc w:val="both"/>
        <w:rPr>
          <w:lang w:val="ru-RU"/>
        </w:rPr>
      </w:pPr>
      <w:r w:rsidRPr="004F70AA">
        <w:rPr>
          <w:b/>
          <w:lang w:val="ru-RU"/>
        </w:rPr>
        <w:t xml:space="preserve">2.9. </w:t>
      </w:r>
      <w:r w:rsidRPr="004F70AA">
        <w:rPr>
          <w:lang w:val="ru-RU"/>
        </w:rPr>
        <w:t>Оплата производится наличными либо безналичным переводом по платёжным реквизитам, сообщённым Наймодателем.</w:t>
      </w:r>
    </w:p>
    <w:p w14:paraId="044A9406" w14:textId="77777777" w:rsidR="00C767F3" w:rsidRDefault="00000000" w:rsidP="007B66DE">
      <w:pPr>
        <w:jc w:val="both"/>
        <w:rPr>
          <w:lang w:val="ru-RU"/>
        </w:rPr>
      </w:pPr>
      <w:r w:rsidRPr="004F70AA">
        <w:rPr>
          <w:b/>
          <w:lang w:val="ru-RU"/>
        </w:rPr>
        <w:t xml:space="preserve">2.10. </w:t>
      </w:r>
      <w:r w:rsidRPr="004F70AA">
        <w:rPr>
          <w:lang w:val="ru-RU"/>
        </w:rPr>
        <w:t>Если Дом не может быть передан Нанимателю по обстоятельствам, за которые отвечает Наймодатель, все ранее полученные от Нанимателя суммы подлежат возврату, если Стороны письменно не согласовали иной вариант.</w:t>
      </w:r>
    </w:p>
    <w:p w14:paraId="6D7B1049" w14:textId="77777777" w:rsidR="0006522D" w:rsidRPr="004F70AA" w:rsidRDefault="0006522D" w:rsidP="007B66DE">
      <w:pPr>
        <w:jc w:val="both"/>
        <w:rPr>
          <w:lang w:val="ru-RU"/>
        </w:rPr>
      </w:pPr>
    </w:p>
    <w:p w14:paraId="3C1D5B7C" w14:textId="77777777" w:rsidR="00C767F3" w:rsidRDefault="00000000" w:rsidP="007B66DE">
      <w:pPr>
        <w:pStyle w:val="ContractHeading"/>
        <w:jc w:val="center"/>
        <w:rPr>
          <w:lang w:val="ru-RU"/>
        </w:rPr>
      </w:pPr>
      <w:r w:rsidRPr="004F70AA">
        <w:rPr>
          <w:lang w:val="ru-RU"/>
        </w:rPr>
        <w:t>3. ПЕРЕДАЧА И ВОЗВРАТ ДОМА</w:t>
      </w:r>
    </w:p>
    <w:p w14:paraId="40DECB79" w14:textId="77777777" w:rsidR="0006522D" w:rsidRPr="004F70AA" w:rsidRDefault="0006522D" w:rsidP="007B66DE">
      <w:pPr>
        <w:pStyle w:val="ContractHeading"/>
        <w:jc w:val="center"/>
        <w:rPr>
          <w:lang w:val="ru-RU"/>
        </w:rPr>
      </w:pPr>
    </w:p>
    <w:p w14:paraId="4D4B6B74" w14:textId="77777777" w:rsidR="00C767F3" w:rsidRPr="004F70AA" w:rsidRDefault="00000000" w:rsidP="007B66DE">
      <w:pPr>
        <w:jc w:val="both"/>
        <w:rPr>
          <w:lang w:val="ru-RU"/>
        </w:rPr>
      </w:pPr>
      <w:r w:rsidRPr="004F70AA">
        <w:rPr>
          <w:b/>
          <w:lang w:val="ru-RU"/>
        </w:rPr>
        <w:t xml:space="preserve">3.1. </w:t>
      </w:r>
      <w:r w:rsidRPr="004F70AA">
        <w:rPr>
          <w:lang w:val="ru-RU"/>
        </w:rPr>
        <w:t>Наймодатель передаёт Дом в состоянии, пригодном для проживания, а имущество — в исправном состоянии с учётом обычного износа. Состояние Дома, территории и имущества до передачи может фиксироваться Наймодателем на фото и видео.</w:t>
      </w:r>
    </w:p>
    <w:p w14:paraId="61661EF3" w14:textId="77777777" w:rsidR="00C767F3" w:rsidRPr="004F70AA" w:rsidRDefault="00000000" w:rsidP="007B66DE">
      <w:pPr>
        <w:jc w:val="both"/>
        <w:rPr>
          <w:lang w:val="ru-RU"/>
        </w:rPr>
      </w:pPr>
      <w:r w:rsidRPr="004F70AA">
        <w:rPr>
          <w:b/>
          <w:lang w:val="ru-RU"/>
        </w:rPr>
        <w:t xml:space="preserve">3.2. </w:t>
      </w:r>
      <w:r w:rsidRPr="004F70AA">
        <w:rPr>
          <w:lang w:val="ru-RU"/>
        </w:rPr>
        <w:t>Наниматель обязан осмотреть Дом после получения доступа и в течение 30 минут сообщить Наймодателю через согласованный канал связи о выявленных видимых повреждениях, неисправностях или существенных недостатках. При отсутствии сообщения Дом и имущество считаются принятыми без замечаний в части видимых недостатков. Это правило не распространяется на скрытые недостатки, которые невозможно было обнаружить при обычном осмотре.</w:t>
      </w:r>
    </w:p>
    <w:p w14:paraId="25BE3A01" w14:textId="77777777" w:rsidR="00C767F3" w:rsidRPr="004F70AA" w:rsidRDefault="00000000" w:rsidP="007B66DE">
      <w:pPr>
        <w:jc w:val="both"/>
        <w:rPr>
          <w:lang w:val="ru-RU"/>
        </w:rPr>
      </w:pPr>
      <w:r w:rsidRPr="004F70AA">
        <w:rPr>
          <w:b/>
          <w:lang w:val="ru-RU"/>
        </w:rPr>
        <w:t xml:space="preserve">3.3. </w:t>
      </w:r>
      <w:r w:rsidRPr="004F70AA">
        <w:rPr>
          <w:lang w:val="ru-RU"/>
        </w:rPr>
        <w:t>После освобождения Дома Наймодатель вправе провести осмотр и фото- или видеофиксацию его состояния, территории, бани, бассейна и имущества для сопоставления с состоянием до передачи.</w:t>
      </w:r>
    </w:p>
    <w:p w14:paraId="0DC3F728" w14:textId="77777777" w:rsidR="00C767F3" w:rsidRPr="004F70AA" w:rsidRDefault="00000000" w:rsidP="007B66DE">
      <w:pPr>
        <w:jc w:val="both"/>
        <w:rPr>
          <w:lang w:val="ru-RU"/>
        </w:rPr>
      </w:pPr>
      <w:r w:rsidRPr="004F70AA">
        <w:rPr>
          <w:b/>
          <w:lang w:val="ru-RU"/>
        </w:rPr>
        <w:t xml:space="preserve">3.4. </w:t>
      </w:r>
      <w:r w:rsidRPr="004F70AA">
        <w:rPr>
          <w:lang w:val="ru-RU"/>
        </w:rPr>
        <w:t>Наниматель возвращает Дом и имущество в том состоянии, в котором они были получены, с учётом обычного износа. Обычная уборка после проживания включена в плату за наём. Дополнительная уборка вследствие загрязнений, явно выходящих за пределы обычного бытового использования, оплачивается Нанимателем по фактической стоимости.</w:t>
      </w:r>
    </w:p>
    <w:p w14:paraId="31ED7540" w14:textId="77777777" w:rsidR="00C767F3" w:rsidRDefault="00000000" w:rsidP="007B66DE">
      <w:pPr>
        <w:jc w:val="both"/>
        <w:rPr>
          <w:lang w:val="ru-RU"/>
        </w:rPr>
      </w:pPr>
      <w:r w:rsidRPr="004F70AA">
        <w:rPr>
          <w:b/>
          <w:lang w:val="ru-RU"/>
        </w:rPr>
        <w:lastRenderedPageBreak/>
        <w:t xml:space="preserve">3.5. </w:t>
      </w:r>
      <w:r w:rsidRPr="004F70AA">
        <w:rPr>
          <w:lang w:val="ru-RU"/>
        </w:rPr>
        <w:t>При окончании срока найма Наниматель обязан освободить Дом, вывести принадлежащие ему вещи и вернуть Наймодателю ключи и иные средства доступа.</w:t>
      </w:r>
    </w:p>
    <w:p w14:paraId="6C2DB04A" w14:textId="77777777" w:rsidR="0006522D" w:rsidRPr="004F70AA" w:rsidRDefault="0006522D" w:rsidP="007B66DE">
      <w:pPr>
        <w:jc w:val="both"/>
        <w:rPr>
          <w:lang w:val="ru-RU"/>
        </w:rPr>
      </w:pPr>
    </w:p>
    <w:p w14:paraId="7DB7E92B" w14:textId="77777777" w:rsidR="00C767F3" w:rsidRDefault="00000000" w:rsidP="007B66DE">
      <w:pPr>
        <w:pStyle w:val="ContractHeading"/>
        <w:jc w:val="center"/>
        <w:rPr>
          <w:lang w:val="ru-RU"/>
        </w:rPr>
      </w:pPr>
      <w:r w:rsidRPr="004F70AA">
        <w:rPr>
          <w:lang w:val="ru-RU"/>
        </w:rPr>
        <w:t>4. ОСНОВНЫЕ ПРАВА И ОБЯЗАННОСТИ СТОРОН</w:t>
      </w:r>
    </w:p>
    <w:p w14:paraId="01180806" w14:textId="77777777" w:rsidR="0006522D" w:rsidRPr="004F70AA" w:rsidRDefault="0006522D" w:rsidP="007B66DE">
      <w:pPr>
        <w:pStyle w:val="ContractHeading"/>
        <w:jc w:val="center"/>
        <w:rPr>
          <w:lang w:val="ru-RU"/>
        </w:rPr>
      </w:pPr>
    </w:p>
    <w:p w14:paraId="13791D6C" w14:textId="77777777" w:rsidR="00C767F3" w:rsidRPr="004F70AA" w:rsidRDefault="00000000" w:rsidP="007B66DE">
      <w:pPr>
        <w:jc w:val="both"/>
        <w:rPr>
          <w:lang w:val="ru-RU"/>
        </w:rPr>
      </w:pPr>
      <w:r w:rsidRPr="004F70AA">
        <w:rPr>
          <w:b/>
          <w:lang w:val="ru-RU"/>
        </w:rPr>
        <w:t xml:space="preserve">4.1. </w:t>
      </w:r>
      <w:r w:rsidRPr="004F70AA">
        <w:rPr>
          <w:lang w:val="ru-RU"/>
        </w:rPr>
        <w:t>Наймодатель обязан:</w:t>
      </w:r>
    </w:p>
    <w:p w14:paraId="286A6305"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передать Дом в согласованный срок после выполнения Нанимателем платёжных обязательств;</w:t>
      </w:r>
    </w:p>
    <w:p w14:paraId="146585CB"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не предоставлять Дом одновременно по другому договору на тот же период;</w:t>
      </w:r>
    </w:p>
    <w:p w14:paraId="15CA8175"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обеспечить возможность обычного бытового пользования Домом и имуществом в течение срока найма;</w:t>
      </w:r>
    </w:p>
    <w:p w14:paraId="14D52EA3"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не вмешиваться без необходимости в пользование Домом Нанимателем.</w:t>
      </w:r>
    </w:p>
    <w:p w14:paraId="516AE17B" w14:textId="77777777" w:rsidR="00C767F3" w:rsidRPr="004F70AA" w:rsidRDefault="00000000" w:rsidP="007B66DE">
      <w:pPr>
        <w:jc w:val="both"/>
        <w:rPr>
          <w:lang w:val="ru-RU"/>
        </w:rPr>
      </w:pPr>
      <w:r w:rsidRPr="004F70AA">
        <w:rPr>
          <w:b/>
          <w:lang w:val="ru-RU"/>
        </w:rPr>
        <w:t xml:space="preserve">4.2. </w:t>
      </w:r>
      <w:r w:rsidRPr="004F70AA">
        <w:rPr>
          <w:lang w:val="ru-RU"/>
        </w:rPr>
        <w:t>Наниматель обязан:</w:t>
      </w:r>
    </w:p>
    <w:p w14:paraId="0C59035A" w14:textId="11F86C9B" w:rsidR="00C767F3" w:rsidRPr="004F70AA" w:rsidRDefault="00000000" w:rsidP="007B66DE">
      <w:pPr>
        <w:ind w:left="369" w:hanging="198"/>
        <w:jc w:val="both"/>
        <w:rPr>
          <w:lang w:val="ru-RU"/>
        </w:rPr>
      </w:pPr>
      <w:r w:rsidRPr="004F70AA">
        <w:rPr>
          <w:b/>
          <w:lang w:val="ru-RU"/>
        </w:rPr>
        <w:t xml:space="preserve">• </w:t>
      </w:r>
      <w:r w:rsidRPr="004F70AA">
        <w:rPr>
          <w:lang w:val="ru-RU"/>
        </w:rPr>
        <w:t xml:space="preserve">использовать Дом только для проживания и соблюдать </w:t>
      </w:r>
      <w:r w:rsidR="008F6DDB" w:rsidRPr="008F6DDB">
        <w:rPr>
          <w:lang w:val="ru-RU"/>
        </w:rPr>
        <w:t>Правила проживания и пользования домом, территорией, баней и бассейном</w:t>
      </w:r>
      <w:r w:rsidR="002058DB">
        <w:rPr>
          <w:lang w:val="ru-RU"/>
        </w:rPr>
        <w:t xml:space="preserve"> </w:t>
      </w:r>
    </w:p>
    <w:p w14:paraId="4DE25B1A"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обеспечить соблюдение Договора и Правил всеми лицами, допущенными им в Дом и на территорию;</w:t>
      </w:r>
    </w:p>
    <w:p w14:paraId="7FCDD241"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своевременно сообщать Наймодателю о неисправностях, аварийных ситуациях и повреждениях;</w:t>
      </w:r>
    </w:p>
    <w:p w14:paraId="1607F157"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не передавать Дом в поднаём, не уступать право пользования Домом третьим лицам;</w:t>
      </w:r>
    </w:p>
    <w:p w14:paraId="49C25578" w14:textId="77777777" w:rsidR="00C767F3" w:rsidRPr="004F70AA" w:rsidRDefault="00000000" w:rsidP="007B66DE">
      <w:pPr>
        <w:ind w:left="369" w:hanging="198"/>
        <w:jc w:val="both"/>
        <w:rPr>
          <w:lang w:val="ru-RU"/>
        </w:rPr>
      </w:pPr>
      <w:r w:rsidRPr="004F70AA">
        <w:rPr>
          <w:b/>
          <w:lang w:val="ru-RU"/>
        </w:rPr>
        <w:t>• не проводить без письменного согласия Наймодателя массовые и иные организованные мероприятия;</w:t>
      </w:r>
    </w:p>
    <w:p w14:paraId="3F55C5A5"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не допускать нахождение животных в Доме и на территории;</w:t>
      </w:r>
    </w:p>
    <w:p w14:paraId="588C17BE" w14:textId="77777777" w:rsidR="00C767F3" w:rsidRPr="004F70AA" w:rsidRDefault="00000000" w:rsidP="007B66DE">
      <w:pPr>
        <w:ind w:left="369" w:hanging="198"/>
        <w:jc w:val="both"/>
        <w:rPr>
          <w:lang w:val="ru-RU"/>
        </w:rPr>
      </w:pPr>
      <w:r w:rsidRPr="004F70AA">
        <w:rPr>
          <w:b/>
          <w:lang w:val="ru-RU"/>
        </w:rPr>
        <w:t xml:space="preserve">• </w:t>
      </w:r>
      <w:r w:rsidRPr="004F70AA">
        <w:rPr>
          <w:lang w:val="ru-RU"/>
        </w:rPr>
        <w:t>своевременно оплачивать все суммы, предусмотренные Договором.</w:t>
      </w:r>
    </w:p>
    <w:p w14:paraId="1177B4D5" w14:textId="77777777" w:rsidR="00C767F3" w:rsidRPr="004F70AA" w:rsidRDefault="00000000" w:rsidP="007B66DE">
      <w:pPr>
        <w:jc w:val="both"/>
        <w:rPr>
          <w:lang w:val="ru-RU"/>
        </w:rPr>
      </w:pPr>
      <w:r w:rsidRPr="004F70AA">
        <w:rPr>
          <w:b/>
          <w:lang w:val="ru-RU"/>
        </w:rPr>
        <w:t xml:space="preserve">4.3. </w:t>
      </w:r>
      <w:r w:rsidRPr="004F70AA">
        <w:rPr>
          <w:lang w:val="ru-RU"/>
        </w:rPr>
        <w:t>На территории ведётся наружное видеонаблюдение в целях безопасности и защиты имущества. Камеры внутри Дома, бани и иных помещений личного пользования не устанавливаются.</w:t>
      </w:r>
    </w:p>
    <w:p w14:paraId="38611CEE" w14:textId="77777777" w:rsidR="00C767F3" w:rsidRPr="004F70AA" w:rsidRDefault="00000000" w:rsidP="007B66DE">
      <w:pPr>
        <w:jc w:val="both"/>
        <w:rPr>
          <w:lang w:val="ru-RU"/>
        </w:rPr>
      </w:pPr>
      <w:r w:rsidRPr="004F70AA">
        <w:rPr>
          <w:b/>
          <w:lang w:val="ru-RU"/>
        </w:rPr>
        <w:t xml:space="preserve">4.4. </w:t>
      </w:r>
      <w:r w:rsidRPr="000E3A74">
        <w:rPr>
          <w:lang w:val="ru-RU"/>
        </w:rPr>
        <w:t>В период найма доступ Наймодателя в Дом осуществляется с согласия Нанимателя. Наниматель обязан по обоснованному требованию Наймодателя обеспечить доступ в Дом для проверки обстоятельств, связанных с аварией, угрозой жизни, здоровью или имуществу, а также существенным нарушением Договора или Правил. Отказ Нанимателя обеспечить такой доступ в предусмотренных настоящим Договором случаях является существенным нарушением Договора.</w:t>
      </w:r>
    </w:p>
    <w:p w14:paraId="009FB03B" w14:textId="77777777" w:rsidR="00C767F3" w:rsidRDefault="00000000" w:rsidP="007B66DE">
      <w:pPr>
        <w:jc w:val="both"/>
        <w:rPr>
          <w:lang w:val="ru-RU"/>
        </w:rPr>
      </w:pPr>
      <w:r w:rsidRPr="004F70AA">
        <w:rPr>
          <w:b/>
          <w:lang w:val="ru-RU"/>
        </w:rPr>
        <w:t xml:space="preserve">4.5. </w:t>
      </w:r>
      <w:r w:rsidRPr="004F70AA">
        <w:rPr>
          <w:lang w:val="ru-RU"/>
        </w:rPr>
        <w:t>На территории предусмотрено место для размещения до 5 автомобилей. Охрана транспортных средств Наймодателем не осуществляется.</w:t>
      </w:r>
    </w:p>
    <w:p w14:paraId="6E36F6C0" w14:textId="77777777" w:rsidR="00B6105D" w:rsidRPr="004F70AA" w:rsidRDefault="00B6105D" w:rsidP="007B66DE">
      <w:pPr>
        <w:jc w:val="both"/>
        <w:rPr>
          <w:lang w:val="ru-RU"/>
        </w:rPr>
      </w:pPr>
    </w:p>
    <w:p w14:paraId="09386BC7" w14:textId="77777777" w:rsidR="00C767F3" w:rsidRDefault="00000000" w:rsidP="007B66DE">
      <w:pPr>
        <w:pStyle w:val="ContractHeading"/>
        <w:jc w:val="center"/>
        <w:rPr>
          <w:lang w:val="ru-RU"/>
        </w:rPr>
      </w:pPr>
      <w:r w:rsidRPr="004F70AA">
        <w:rPr>
          <w:lang w:val="ru-RU"/>
        </w:rPr>
        <w:t>5. ОТВЕТСТВЕННОСТЬ И ДОСРОЧНОЕ ПРЕКРАЩЕНИЕ</w:t>
      </w:r>
    </w:p>
    <w:p w14:paraId="4E70524A" w14:textId="77777777" w:rsidR="00B6105D" w:rsidRPr="004F70AA" w:rsidRDefault="00B6105D" w:rsidP="007B66DE">
      <w:pPr>
        <w:pStyle w:val="ContractHeading"/>
        <w:jc w:val="center"/>
        <w:rPr>
          <w:lang w:val="ru-RU"/>
        </w:rPr>
      </w:pPr>
    </w:p>
    <w:p w14:paraId="548B6871" w14:textId="77777777" w:rsidR="00C767F3" w:rsidRPr="004F70AA" w:rsidRDefault="00000000" w:rsidP="007B66DE">
      <w:pPr>
        <w:jc w:val="both"/>
        <w:rPr>
          <w:lang w:val="ru-RU"/>
        </w:rPr>
      </w:pPr>
      <w:r w:rsidRPr="004F70AA">
        <w:rPr>
          <w:b/>
          <w:lang w:val="ru-RU"/>
        </w:rPr>
        <w:t xml:space="preserve">5.1. </w:t>
      </w:r>
      <w:r w:rsidRPr="004F70AA">
        <w:rPr>
          <w:lang w:val="ru-RU"/>
        </w:rPr>
        <w:t>Наниматель отвечает за свои действия и за действия лиц, которых он допустил в Дом или на территорию, и обязан возместить причинённый ими имущественный ущерб.</w:t>
      </w:r>
    </w:p>
    <w:p w14:paraId="03329068" w14:textId="33B6200A" w:rsidR="00C767F3" w:rsidRPr="004F70AA" w:rsidRDefault="00000000" w:rsidP="007B66DE">
      <w:pPr>
        <w:jc w:val="both"/>
        <w:rPr>
          <w:lang w:val="ru-RU"/>
        </w:rPr>
      </w:pPr>
      <w:r w:rsidRPr="004F70AA">
        <w:rPr>
          <w:b/>
          <w:lang w:val="ru-RU"/>
        </w:rPr>
        <w:t xml:space="preserve">5.2. </w:t>
      </w:r>
      <w:r w:rsidRPr="004F70AA">
        <w:rPr>
          <w:lang w:val="ru-RU"/>
        </w:rPr>
        <w:t>Размер возмещения определяется исходя из стоимости ремонта или замены повреждённого имущества и иных документально подтверждённых расходов. Если фактический ущерб превышает сумму, Наймодатель вправе требовать возмещения превышения при его подтверждении. Ответственность Нанимателя не ограничивается размером обеспечительного платежа.</w:t>
      </w:r>
    </w:p>
    <w:p w14:paraId="45DA9D61" w14:textId="77777777" w:rsidR="00C767F3" w:rsidRPr="004F70AA" w:rsidRDefault="00000000" w:rsidP="007B66DE">
      <w:pPr>
        <w:jc w:val="both"/>
        <w:rPr>
          <w:lang w:val="ru-RU"/>
        </w:rPr>
      </w:pPr>
      <w:r w:rsidRPr="004F70AA">
        <w:rPr>
          <w:b/>
          <w:lang w:val="ru-RU"/>
        </w:rPr>
        <w:t xml:space="preserve">5.3. </w:t>
      </w:r>
      <w:r w:rsidRPr="004F70AA">
        <w:rPr>
          <w:lang w:val="ru-RU"/>
        </w:rPr>
        <w:t>За курение сигарет, электронных сигарет, устройств нагревания табака, вейпов или кальяна внутри Дома или бани Наниматель уплачивает договорную неустойку 10 000 (десять тысяч) рублей. Это не исключает возмещения документально подтверждённого ущерба, непосредственно причинённого курением.</w:t>
      </w:r>
    </w:p>
    <w:p w14:paraId="6ED46389" w14:textId="77777777" w:rsidR="00C767F3" w:rsidRPr="004F70AA" w:rsidRDefault="00000000" w:rsidP="007B66DE">
      <w:pPr>
        <w:jc w:val="both"/>
        <w:rPr>
          <w:lang w:val="ru-RU"/>
        </w:rPr>
      </w:pPr>
      <w:r w:rsidRPr="004F70AA">
        <w:rPr>
          <w:b/>
          <w:lang w:val="ru-RU"/>
        </w:rPr>
        <w:t xml:space="preserve">5.4. </w:t>
      </w:r>
      <w:r w:rsidRPr="004F70AA">
        <w:rPr>
          <w:lang w:val="ru-RU"/>
        </w:rPr>
        <w:t>Существенными нарушениями Договора признаются, в частности: отказ прекратить шум после требования Наймодателя в период тишины; курение внутри Дома или бани; использование пиротехники; драки, угрозы или агрессивное поведение; проведение несогласованного массового или коммерческого мероприятия; поднаём или передача Дома третьим лицам; нахождение животных и отказ устранить это нарушение по требованию Наймодателя; умышленное либо грубо неосторожное повреждение имущества; вмешательство в инженерные системы, оборудование бани или бассейна; отказ обеспечить доступ Наймодателю в обстоятельствах, указанных в п. 4.4.</w:t>
      </w:r>
    </w:p>
    <w:p w14:paraId="64FB72AF" w14:textId="77777777" w:rsidR="00C767F3" w:rsidRPr="004F70AA" w:rsidRDefault="00000000" w:rsidP="007B66DE">
      <w:pPr>
        <w:jc w:val="both"/>
        <w:rPr>
          <w:lang w:val="ru-RU"/>
        </w:rPr>
      </w:pPr>
      <w:r w:rsidRPr="004F70AA">
        <w:rPr>
          <w:b/>
          <w:lang w:val="ru-RU"/>
        </w:rPr>
        <w:t xml:space="preserve">5.5. </w:t>
      </w:r>
      <w:r w:rsidRPr="00D1245D">
        <w:rPr>
          <w:lang w:val="ru-RU"/>
        </w:rPr>
        <w:t xml:space="preserve">При существенном нарушении Нанимателем Договора Наймодатель вправе в одностороннем внесудебном порядке отказаться от дальнейшего исполнения Договора, направив Нанимателю уведомление одним из </w:t>
      </w:r>
      <w:r w:rsidRPr="00D1245D">
        <w:rPr>
          <w:lang w:val="ru-RU"/>
        </w:rPr>
        <w:lastRenderedPageBreak/>
        <w:t>способов, предусмотренных п. 6.1 настоящего Договора. Наниматель обязан незамедлительно прекратить нарушение и освободить Дом в разумный срок, указанный Наймодателем с учётом обстоятельств.</w:t>
      </w:r>
    </w:p>
    <w:p w14:paraId="1D6B7D6A" w14:textId="77777777" w:rsidR="00C767F3" w:rsidRPr="004F70AA" w:rsidRDefault="00000000" w:rsidP="007B66DE">
      <w:pPr>
        <w:jc w:val="both"/>
        <w:rPr>
          <w:lang w:val="ru-RU"/>
        </w:rPr>
      </w:pPr>
      <w:r w:rsidRPr="004F70AA">
        <w:rPr>
          <w:b/>
          <w:lang w:val="ru-RU"/>
        </w:rPr>
        <w:t xml:space="preserve">5.6. </w:t>
      </w:r>
      <w:r w:rsidRPr="000E3A74">
        <w:rPr>
          <w:lang w:val="ru-RU"/>
        </w:rPr>
        <w:t>При досрочном прекращении Договора по основаниям п. 5.5 по вине Нанимателя Наниматель уплачивает Наймодателю договорную неустойку в размере платы за наём, приходящейся на неиспользованный остаток срока найма. Ранее внесённая плата за соответствующий период засчитывается в счёт указанной неустойки и возврату не подлежит. Возмещение причинённого ущерба производится отдельно.</w:t>
      </w:r>
    </w:p>
    <w:p w14:paraId="3FB71D2E" w14:textId="77777777" w:rsidR="00C767F3" w:rsidRPr="004F70AA" w:rsidRDefault="00000000" w:rsidP="007B66DE">
      <w:pPr>
        <w:jc w:val="both"/>
        <w:rPr>
          <w:lang w:val="ru-RU"/>
        </w:rPr>
      </w:pPr>
      <w:r w:rsidRPr="004F70AA">
        <w:rPr>
          <w:b/>
          <w:lang w:val="ru-RU"/>
        </w:rPr>
        <w:t xml:space="preserve">5.7. </w:t>
      </w:r>
      <w:r w:rsidRPr="004F70AA">
        <w:rPr>
          <w:lang w:val="ru-RU"/>
        </w:rPr>
        <w:t>Наймодатель не отвечает за утрату или повреждение вещей Нанимателя и иных лиц, а также транспортных средств, если такие последствия не вызваны виновными действиями Наймодателя.</w:t>
      </w:r>
    </w:p>
    <w:p w14:paraId="6EE74719" w14:textId="77777777" w:rsidR="00C767F3" w:rsidRDefault="00000000" w:rsidP="007B66DE">
      <w:pPr>
        <w:jc w:val="both"/>
        <w:rPr>
          <w:lang w:val="ru-RU"/>
        </w:rPr>
      </w:pPr>
      <w:r w:rsidRPr="004F70AA">
        <w:rPr>
          <w:b/>
          <w:lang w:val="ru-RU"/>
        </w:rPr>
        <w:t xml:space="preserve">5.8. </w:t>
      </w:r>
      <w:r w:rsidRPr="004F70AA">
        <w:rPr>
          <w:lang w:val="ru-RU"/>
        </w:rPr>
        <w:t>Наймодатель не отвечает за вред, возникший вследствие нарушения Нанимателем или допущенными им лицами Правил пользования Домом, территорией, баней, бассейном, мангальной или костровой зонами. В иных случаях ответственность определяется законодательством Российской Федерации.</w:t>
      </w:r>
    </w:p>
    <w:p w14:paraId="005B466F" w14:textId="77777777" w:rsidR="00B6105D" w:rsidRPr="004F70AA" w:rsidRDefault="00B6105D" w:rsidP="007B66DE">
      <w:pPr>
        <w:jc w:val="both"/>
        <w:rPr>
          <w:lang w:val="ru-RU"/>
        </w:rPr>
      </w:pPr>
    </w:p>
    <w:p w14:paraId="399F7EAC" w14:textId="77777777" w:rsidR="00C767F3" w:rsidRDefault="00000000" w:rsidP="007B66DE">
      <w:pPr>
        <w:pStyle w:val="ContractHeading"/>
        <w:jc w:val="center"/>
        <w:rPr>
          <w:lang w:val="ru-RU"/>
        </w:rPr>
      </w:pPr>
      <w:r w:rsidRPr="004F70AA">
        <w:rPr>
          <w:lang w:val="ru-RU"/>
        </w:rPr>
        <w:t>6. ЭЛЕКТРОННЫЕ СООБЩЕНИЯ И ПЕРСОНАЛЬНЫЕ ДАННЫЕ</w:t>
      </w:r>
    </w:p>
    <w:p w14:paraId="34BAD649" w14:textId="77777777" w:rsidR="00B6105D" w:rsidRPr="004F70AA" w:rsidRDefault="00B6105D" w:rsidP="007B66DE">
      <w:pPr>
        <w:pStyle w:val="ContractHeading"/>
        <w:jc w:val="center"/>
        <w:rPr>
          <w:lang w:val="ru-RU"/>
        </w:rPr>
      </w:pPr>
    </w:p>
    <w:p w14:paraId="36CB583D" w14:textId="77777777" w:rsidR="00C767F3" w:rsidRPr="004F70AA" w:rsidRDefault="00000000" w:rsidP="007B66DE">
      <w:pPr>
        <w:jc w:val="both"/>
        <w:rPr>
          <w:lang w:val="ru-RU"/>
        </w:rPr>
      </w:pPr>
      <w:r w:rsidRPr="004F70AA">
        <w:rPr>
          <w:b/>
          <w:lang w:val="ru-RU"/>
        </w:rPr>
        <w:t xml:space="preserve">6.1. </w:t>
      </w:r>
      <w:r w:rsidRPr="000E3A74">
        <w:rPr>
          <w:lang w:val="ru-RU"/>
        </w:rPr>
        <w:t xml:space="preserve">Стороны признают юридически значимыми сообщения, уведомления, фотографии, видео и документы, направленные между указанными в реквизитах Сторон номерами телефонов, адресами электронной почты и аккаунтами в мессенджерах </w:t>
      </w:r>
      <w:r>
        <w:t>WhatsApp</w:t>
      </w:r>
      <w:r w:rsidRPr="000E3A74">
        <w:rPr>
          <w:lang w:val="ru-RU"/>
        </w:rPr>
        <w:t xml:space="preserve">, </w:t>
      </w:r>
      <w:r>
        <w:t>Telegram</w:t>
      </w:r>
      <w:r w:rsidRPr="000E3A74">
        <w:rPr>
          <w:lang w:val="ru-RU"/>
        </w:rPr>
        <w:t xml:space="preserve"> и </w:t>
      </w:r>
      <w:r>
        <w:t>MAX</w:t>
      </w:r>
      <w:r w:rsidRPr="000E3A74">
        <w:rPr>
          <w:lang w:val="ru-RU"/>
        </w:rPr>
        <w:t>. Сообщение, направленное с указанного Стороной номера или аккаунта, считается исходящим от этой Стороны, пока не доказано иное. Электронное сообщение считается доставленным с момента его поступления на указанный Стороной номер телефона, аккаунт в мессенджере или адрес электронной почты, в том числе если адресат по зависящим от него причинам не ознакомился с сообщением.</w:t>
      </w:r>
    </w:p>
    <w:p w14:paraId="3204E823" w14:textId="77777777" w:rsidR="00C767F3" w:rsidRPr="004F70AA" w:rsidRDefault="00000000" w:rsidP="007B66DE">
      <w:pPr>
        <w:jc w:val="both"/>
        <w:rPr>
          <w:lang w:val="ru-RU"/>
        </w:rPr>
      </w:pPr>
      <w:r w:rsidRPr="004F70AA">
        <w:rPr>
          <w:b/>
          <w:lang w:val="ru-RU"/>
        </w:rPr>
        <w:t xml:space="preserve">6.2. </w:t>
      </w:r>
      <w:r w:rsidRPr="004F70AA">
        <w:rPr>
          <w:lang w:val="ru-RU"/>
        </w:rPr>
        <w:t>Согласования количества лиц, раннего начала или позднего окончания пользования, дополнительных платежей, замечаний к состоянию имущества, требований об устранении нарушений и иных вопросов исполнения Договора могут осуществляться указанным в п. 6.1 способом.</w:t>
      </w:r>
    </w:p>
    <w:p w14:paraId="014A679A" w14:textId="77777777" w:rsidR="00C767F3" w:rsidRDefault="00000000" w:rsidP="007B66DE">
      <w:pPr>
        <w:jc w:val="both"/>
        <w:rPr>
          <w:lang w:val="ru-RU"/>
        </w:rPr>
      </w:pPr>
      <w:r w:rsidRPr="004F70AA">
        <w:rPr>
          <w:b/>
          <w:lang w:val="ru-RU"/>
        </w:rPr>
        <w:t xml:space="preserve">6.3. </w:t>
      </w:r>
      <w:r w:rsidRPr="004F70AA">
        <w:rPr>
          <w:lang w:val="ru-RU"/>
        </w:rPr>
        <w:t>Персональные данные Сторон обрабатываются только в объёме, необходимом для заключения и исполнения настоящего Договора, расчётов, связи и защиты прав Сторон. Использование данных для иных целей осуществляется только при наличии отдельного законного основания, а когда требуется согласие — на основании отдельного согласия.</w:t>
      </w:r>
    </w:p>
    <w:p w14:paraId="779F6ECE" w14:textId="77777777" w:rsidR="00B6105D" w:rsidRPr="004F70AA" w:rsidRDefault="00B6105D" w:rsidP="007B66DE">
      <w:pPr>
        <w:jc w:val="both"/>
        <w:rPr>
          <w:lang w:val="ru-RU"/>
        </w:rPr>
      </w:pPr>
    </w:p>
    <w:p w14:paraId="1E752D1B" w14:textId="77777777" w:rsidR="00C767F3" w:rsidRDefault="00000000" w:rsidP="007B66DE">
      <w:pPr>
        <w:pStyle w:val="ContractHeading"/>
        <w:jc w:val="center"/>
        <w:rPr>
          <w:lang w:val="ru-RU"/>
        </w:rPr>
      </w:pPr>
      <w:r w:rsidRPr="004F70AA">
        <w:rPr>
          <w:lang w:val="ru-RU"/>
        </w:rPr>
        <w:t>7. ЗАКЛЮЧИТЕЛЬНЫЕ ПОЛОЖЕНИЯ</w:t>
      </w:r>
    </w:p>
    <w:p w14:paraId="2B70E0F0" w14:textId="77777777" w:rsidR="00B6105D" w:rsidRPr="004F70AA" w:rsidRDefault="00B6105D" w:rsidP="007B66DE">
      <w:pPr>
        <w:pStyle w:val="ContractHeading"/>
        <w:jc w:val="center"/>
        <w:rPr>
          <w:lang w:val="ru-RU"/>
        </w:rPr>
      </w:pPr>
    </w:p>
    <w:p w14:paraId="10501418" w14:textId="7E2F1759" w:rsidR="00C767F3" w:rsidRPr="004F70AA" w:rsidRDefault="00000000" w:rsidP="007B66DE">
      <w:pPr>
        <w:jc w:val="both"/>
        <w:rPr>
          <w:lang w:val="ru-RU"/>
        </w:rPr>
      </w:pPr>
      <w:r w:rsidRPr="004F70AA">
        <w:rPr>
          <w:b/>
          <w:lang w:val="ru-RU"/>
        </w:rPr>
        <w:t xml:space="preserve">7.1. </w:t>
      </w:r>
      <w:r w:rsidRPr="004F70AA">
        <w:rPr>
          <w:lang w:val="ru-RU"/>
        </w:rPr>
        <w:t>Неотъемлемыми частями Договора являются</w:t>
      </w:r>
      <w:r w:rsidR="00B6105D">
        <w:rPr>
          <w:lang w:val="ru-RU"/>
        </w:rPr>
        <w:t xml:space="preserve"> Правила проживания и штрафы, предоставленные Нанимателю согласно п.6.1</w:t>
      </w:r>
    </w:p>
    <w:p w14:paraId="6B1F8CEF" w14:textId="6F9FBEDE" w:rsidR="00C767F3" w:rsidRPr="004F70AA" w:rsidRDefault="00000000" w:rsidP="007B66DE">
      <w:pPr>
        <w:jc w:val="both"/>
        <w:rPr>
          <w:lang w:val="ru-RU"/>
        </w:rPr>
      </w:pPr>
      <w:r w:rsidRPr="004F70AA">
        <w:rPr>
          <w:b/>
          <w:lang w:val="ru-RU"/>
        </w:rPr>
        <w:t xml:space="preserve">7.2. </w:t>
      </w:r>
      <w:r w:rsidRPr="00D1245D">
        <w:rPr>
          <w:lang w:val="ru-RU"/>
        </w:rPr>
        <w:t xml:space="preserve">Договор вступает в силу с момента его подписания Сторонами. </w:t>
      </w:r>
    </w:p>
    <w:p w14:paraId="346E9576" w14:textId="5E6A4F7F" w:rsidR="00C767F3" w:rsidRPr="004F70AA" w:rsidRDefault="00000000" w:rsidP="007B66DE">
      <w:pPr>
        <w:jc w:val="both"/>
        <w:rPr>
          <w:lang w:val="ru-RU"/>
        </w:rPr>
      </w:pPr>
      <w:r w:rsidRPr="004F70AA">
        <w:rPr>
          <w:b/>
          <w:lang w:val="ru-RU"/>
        </w:rPr>
        <w:t xml:space="preserve">7.3. </w:t>
      </w:r>
      <w:r w:rsidRPr="004F70AA">
        <w:rPr>
          <w:lang w:val="ru-RU"/>
        </w:rPr>
        <w:t>Изменения и дополнения к Договору действительны при их письменном согласовании Сторонами, в том числе посредством каналов связи, указанных в разделе 6.</w:t>
      </w:r>
      <w:r w:rsidR="00B6105D">
        <w:rPr>
          <w:lang w:val="ru-RU"/>
        </w:rPr>
        <w:t>1</w:t>
      </w:r>
    </w:p>
    <w:p w14:paraId="1168B001" w14:textId="77777777" w:rsidR="00C767F3" w:rsidRPr="004F70AA" w:rsidRDefault="00000000" w:rsidP="007B66DE">
      <w:pPr>
        <w:jc w:val="both"/>
        <w:rPr>
          <w:lang w:val="ru-RU"/>
        </w:rPr>
      </w:pPr>
      <w:r w:rsidRPr="004F70AA">
        <w:rPr>
          <w:b/>
          <w:lang w:val="ru-RU"/>
        </w:rPr>
        <w:t xml:space="preserve">7.4. </w:t>
      </w:r>
      <w:r w:rsidRPr="004F70AA">
        <w:rPr>
          <w:lang w:val="ru-RU"/>
        </w:rPr>
        <w:t>Споры Стороны стремятся урегулировать путём переговоров и обмена письменными требованиями. При недостижении соглашения спор разрешается в порядке, установленном законодательством Российской Федерации.</w:t>
      </w:r>
    </w:p>
    <w:p w14:paraId="7834CB8F" w14:textId="77777777" w:rsidR="00C767F3" w:rsidRPr="004F70AA" w:rsidRDefault="00000000" w:rsidP="007B66DE">
      <w:pPr>
        <w:jc w:val="both"/>
        <w:rPr>
          <w:lang w:val="ru-RU"/>
        </w:rPr>
      </w:pPr>
      <w:r w:rsidRPr="004F70AA">
        <w:rPr>
          <w:b/>
          <w:lang w:val="ru-RU"/>
        </w:rPr>
        <w:t xml:space="preserve">7.5. </w:t>
      </w:r>
      <w:r w:rsidRPr="004F70AA">
        <w:rPr>
          <w:lang w:val="ru-RU"/>
        </w:rPr>
        <w:t>Недействительность отдельного условия Договора не влечёт недействительности остальных его условий.</w:t>
      </w:r>
    </w:p>
    <w:p w14:paraId="1C722BCE" w14:textId="77777777" w:rsidR="00C767F3" w:rsidRDefault="00000000" w:rsidP="007B66DE">
      <w:pPr>
        <w:jc w:val="both"/>
        <w:rPr>
          <w:lang w:val="ru-RU"/>
        </w:rPr>
      </w:pPr>
      <w:r w:rsidRPr="004F70AA">
        <w:rPr>
          <w:b/>
          <w:lang w:val="ru-RU"/>
        </w:rPr>
        <w:t xml:space="preserve">7.6. </w:t>
      </w:r>
      <w:r w:rsidRPr="004F70AA">
        <w:rPr>
          <w:lang w:val="ru-RU"/>
        </w:rPr>
        <w:t>Договор составлен в двух экземплярах равной юридической силы либо в электронной форме, позволяющей каждой Стороне сохранить неизменный текст Договора.</w:t>
      </w:r>
    </w:p>
    <w:p w14:paraId="1B651BFE" w14:textId="77777777" w:rsidR="00B6105D" w:rsidRDefault="00B6105D" w:rsidP="007B66DE">
      <w:pPr>
        <w:jc w:val="both"/>
        <w:rPr>
          <w:lang w:val="ru-RU"/>
        </w:rPr>
      </w:pPr>
    </w:p>
    <w:p w14:paraId="534AB0FF" w14:textId="77777777" w:rsidR="00B6105D" w:rsidRDefault="00B6105D" w:rsidP="007B66DE">
      <w:pPr>
        <w:jc w:val="both"/>
        <w:rPr>
          <w:lang w:val="ru-RU"/>
        </w:rPr>
      </w:pPr>
    </w:p>
    <w:p w14:paraId="6C9CE319" w14:textId="77777777" w:rsidR="00B6105D" w:rsidRDefault="00B6105D" w:rsidP="007B66DE">
      <w:pPr>
        <w:jc w:val="both"/>
        <w:rPr>
          <w:lang w:val="ru-RU"/>
        </w:rPr>
      </w:pPr>
    </w:p>
    <w:p w14:paraId="6429E1D1" w14:textId="77777777" w:rsidR="00B6105D" w:rsidRDefault="00B6105D" w:rsidP="007B66DE">
      <w:pPr>
        <w:jc w:val="both"/>
        <w:rPr>
          <w:lang w:val="ru-RU"/>
        </w:rPr>
      </w:pPr>
    </w:p>
    <w:p w14:paraId="7A39FA7B" w14:textId="77777777" w:rsidR="00B6105D" w:rsidRDefault="00B6105D" w:rsidP="007B66DE">
      <w:pPr>
        <w:jc w:val="both"/>
        <w:rPr>
          <w:lang w:val="ru-RU"/>
        </w:rPr>
      </w:pPr>
    </w:p>
    <w:p w14:paraId="698C8713" w14:textId="77777777" w:rsidR="00B6105D" w:rsidRPr="004F70AA" w:rsidRDefault="00B6105D" w:rsidP="007B66DE">
      <w:pPr>
        <w:jc w:val="both"/>
        <w:rPr>
          <w:lang w:val="ru-RU"/>
        </w:rPr>
      </w:pPr>
    </w:p>
    <w:p w14:paraId="6307453E" w14:textId="77777777" w:rsidR="00C767F3" w:rsidRDefault="00000000" w:rsidP="007B66DE">
      <w:pPr>
        <w:pStyle w:val="ContractHeading"/>
        <w:jc w:val="center"/>
      </w:pPr>
      <w:r>
        <w:lastRenderedPageBreak/>
        <w:t>8. РЕКВИЗИТЫ И ПОДПИСИ СТОРОН</w:t>
      </w:r>
    </w:p>
    <w:p w14:paraId="5C750BE0" w14:textId="77777777" w:rsidR="007B66DE" w:rsidRDefault="007B66DE" w:rsidP="00F83C07">
      <w:pPr>
        <w:jc w:val="both"/>
        <w:rPr>
          <w:lang w:val="ru-RU"/>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1213"/>
        <w:gridCol w:w="2718"/>
        <w:gridCol w:w="705"/>
        <w:gridCol w:w="1018"/>
        <w:gridCol w:w="1243"/>
        <w:gridCol w:w="2613"/>
      </w:tblGrid>
      <w:tr w:rsidR="00F83C07" w14:paraId="72FBA111" w14:textId="77777777" w:rsidTr="004B3D12">
        <w:tc>
          <w:tcPr>
            <w:tcW w:w="4949" w:type="dxa"/>
            <w:gridSpan w:val="3"/>
          </w:tcPr>
          <w:p w14:paraId="150F5BC5" w14:textId="3637C17B" w:rsidR="00F83C07" w:rsidRPr="003525E3" w:rsidRDefault="00F83C07" w:rsidP="00F83C07">
            <w:pPr>
              <w:jc w:val="both"/>
              <w:rPr>
                <w:b/>
                <w:bCs/>
                <w:lang w:val="ru-RU"/>
              </w:rPr>
            </w:pPr>
            <w:r w:rsidRPr="003525E3">
              <w:rPr>
                <w:b/>
                <w:bCs/>
                <w:sz w:val="19"/>
                <w:lang w:val="ru-RU"/>
              </w:rPr>
              <w:t>НАЙМОДАТЕЛЬ</w:t>
            </w:r>
          </w:p>
        </w:tc>
        <w:tc>
          <w:tcPr>
            <w:tcW w:w="705" w:type="dxa"/>
          </w:tcPr>
          <w:p w14:paraId="09404413" w14:textId="77777777" w:rsidR="00F83C07" w:rsidRDefault="00F83C07" w:rsidP="00F83C07">
            <w:pPr>
              <w:jc w:val="both"/>
              <w:rPr>
                <w:lang w:val="ru-RU"/>
              </w:rPr>
            </w:pPr>
          </w:p>
        </w:tc>
        <w:tc>
          <w:tcPr>
            <w:tcW w:w="4874" w:type="dxa"/>
            <w:gridSpan w:val="3"/>
          </w:tcPr>
          <w:p w14:paraId="311E504E" w14:textId="46739659" w:rsidR="00F83C07" w:rsidRPr="003525E3" w:rsidRDefault="00F83C07" w:rsidP="00F83C07">
            <w:pPr>
              <w:jc w:val="both"/>
              <w:rPr>
                <w:b/>
                <w:bCs/>
                <w:lang w:val="ru-RU"/>
              </w:rPr>
            </w:pPr>
            <w:r w:rsidRPr="003525E3">
              <w:rPr>
                <w:b/>
                <w:bCs/>
                <w:sz w:val="19"/>
                <w:lang w:val="ru-RU"/>
              </w:rPr>
              <w:t>НАНИМАТЕЛЬ</w:t>
            </w:r>
          </w:p>
        </w:tc>
      </w:tr>
      <w:tr w:rsidR="003525E3" w14:paraId="1174B182" w14:textId="77777777" w:rsidTr="004B3D12">
        <w:tc>
          <w:tcPr>
            <w:tcW w:w="1018" w:type="dxa"/>
          </w:tcPr>
          <w:p w14:paraId="15D78A68" w14:textId="27723B12" w:rsidR="003525E3" w:rsidRPr="003525E3" w:rsidRDefault="003525E3" w:rsidP="00F83C07">
            <w:pPr>
              <w:jc w:val="both"/>
              <w:rPr>
                <w:b/>
                <w:bCs/>
                <w:lang w:val="ru-RU"/>
              </w:rPr>
            </w:pPr>
            <w:r w:rsidRPr="003525E3">
              <w:rPr>
                <w:b/>
                <w:bCs/>
                <w:sz w:val="19"/>
                <w:lang w:val="ru-RU"/>
              </w:rPr>
              <w:t>Ф.И.О.:</w:t>
            </w:r>
          </w:p>
        </w:tc>
        <w:tc>
          <w:tcPr>
            <w:tcW w:w="3931" w:type="dxa"/>
            <w:gridSpan w:val="2"/>
            <w:tcBorders>
              <w:bottom w:val="single" w:sz="4" w:space="0" w:color="auto"/>
            </w:tcBorders>
          </w:tcPr>
          <w:p w14:paraId="694D7DAE" w14:textId="53756A71" w:rsidR="003525E3" w:rsidRDefault="003525E3" w:rsidP="00F83C07">
            <w:pPr>
              <w:jc w:val="both"/>
              <w:rPr>
                <w:lang w:val="ru-RU"/>
              </w:rPr>
            </w:pPr>
            <w:r w:rsidRPr="00713995">
              <w:rPr>
                <w:lang w:val="ru-RU"/>
              </w:rPr>
              <w:t>Белеста Евгения Васильевна</w:t>
            </w:r>
          </w:p>
        </w:tc>
        <w:tc>
          <w:tcPr>
            <w:tcW w:w="705" w:type="dxa"/>
          </w:tcPr>
          <w:p w14:paraId="5CDB67A8" w14:textId="77777777" w:rsidR="003525E3" w:rsidRDefault="003525E3" w:rsidP="00F83C07">
            <w:pPr>
              <w:jc w:val="both"/>
              <w:rPr>
                <w:lang w:val="ru-RU"/>
              </w:rPr>
            </w:pPr>
          </w:p>
        </w:tc>
        <w:tc>
          <w:tcPr>
            <w:tcW w:w="1018" w:type="dxa"/>
          </w:tcPr>
          <w:p w14:paraId="68248400" w14:textId="6636C91F" w:rsidR="003525E3" w:rsidRPr="003525E3" w:rsidRDefault="003525E3" w:rsidP="00F83C07">
            <w:pPr>
              <w:jc w:val="both"/>
              <w:rPr>
                <w:b/>
                <w:bCs/>
                <w:lang w:val="ru-RU"/>
              </w:rPr>
            </w:pPr>
            <w:r w:rsidRPr="003525E3">
              <w:rPr>
                <w:b/>
                <w:bCs/>
                <w:sz w:val="19"/>
                <w:lang w:val="ru-RU"/>
              </w:rPr>
              <w:t>Ф.И.О.:</w:t>
            </w:r>
          </w:p>
        </w:tc>
        <w:tc>
          <w:tcPr>
            <w:tcW w:w="3856" w:type="dxa"/>
            <w:gridSpan w:val="2"/>
            <w:tcBorders>
              <w:bottom w:val="single" w:sz="4" w:space="0" w:color="auto"/>
            </w:tcBorders>
          </w:tcPr>
          <w:p w14:paraId="5BE8EA63" w14:textId="77777777" w:rsidR="003525E3" w:rsidRDefault="003525E3" w:rsidP="00F83C07">
            <w:pPr>
              <w:jc w:val="both"/>
              <w:rPr>
                <w:lang w:val="ru-RU"/>
              </w:rPr>
            </w:pPr>
          </w:p>
        </w:tc>
      </w:tr>
      <w:tr w:rsidR="00F83C07" w14:paraId="20486B03" w14:textId="77777777" w:rsidTr="004B3D12">
        <w:tc>
          <w:tcPr>
            <w:tcW w:w="1018" w:type="dxa"/>
            <w:tcBorders>
              <w:top w:val="single" w:sz="4" w:space="0" w:color="auto"/>
            </w:tcBorders>
          </w:tcPr>
          <w:p w14:paraId="4C65A49D" w14:textId="0B143857" w:rsidR="00F83C07" w:rsidRPr="003525E3" w:rsidRDefault="00F83C07" w:rsidP="00F83C07">
            <w:pPr>
              <w:jc w:val="both"/>
              <w:rPr>
                <w:b/>
                <w:bCs/>
                <w:lang w:val="ru-RU"/>
              </w:rPr>
            </w:pPr>
            <w:r w:rsidRPr="003525E3">
              <w:rPr>
                <w:b/>
                <w:bCs/>
                <w:sz w:val="19"/>
                <w:lang w:val="ru-RU"/>
              </w:rPr>
              <w:t>Паспорт:</w:t>
            </w:r>
          </w:p>
        </w:tc>
        <w:tc>
          <w:tcPr>
            <w:tcW w:w="3931" w:type="dxa"/>
            <w:gridSpan w:val="2"/>
            <w:tcBorders>
              <w:top w:val="single" w:sz="4" w:space="0" w:color="auto"/>
              <w:bottom w:val="single" w:sz="4" w:space="0" w:color="auto"/>
            </w:tcBorders>
          </w:tcPr>
          <w:p w14:paraId="72690B80" w14:textId="4FB999C1" w:rsidR="00F83C07" w:rsidRPr="00713995" w:rsidRDefault="00713995" w:rsidP="00F83C07">
            <w:pPr>
              <w:jc w:val="both"/>
              <w:rPr>
                <w:sz w:val="19"/>
                <w:lang w:val="ru-RU"/>
              </w:rPr>
            </w:pPr>
            <w:r w:rsidRPr="00713995">
              <w:rPr>
                <w:sz w:val="19"/>
                <w:lang w:val="ru-RU"/>
              </w:rPr>
              <w:t>серия 0314 № 560176</w:t>
            </w:r>
          </w:p>
        </w:tc>
        <w:tc>
          <w:tcPr>
            <w:tcW w:w="705" w:type="dxa"/>
          </w:tcPr>
          <w:p w14:paraId="42EB1FFE" w14:textId="77777777" w:rsidR="00F83C07" w:rsidRDefault="00F83C07" w:rsidP="00F83C07">
            <w:pPr>
              <w:jc w:val="both"/>
              <w:rPr>
                <w:lang w:val="ru-RU"/>
              </w:rPr>
            </w:pPr>
          </w:p>
        </w:tc>
        <w:tc>
          <w:tcPr>
            <w:tcW w:w="1018" w:type="dxa"/>
          </w:tcPr>
          <w:p w14:paraId="51371BBA" w14:textId="21C21E99" w:rsidR="00F83C07" w:rsidRPr="003525E3" w:rsidRDefault="00F83C07" w:rsidP="00F83C07">
            <w:pPr>
              <w:jc w:val="both"/>
              <w:rPr>
                <w:b/>
                <w:bCs/>
                <w:lang w:val="ru-RU"/>
              </w:rPr>
            </w:pPr>
            <w:r w:rsidRPr="003525E3">
              <w:rPr>
                <w:b/>
                <w:bCs/>
                <w:sz w:val="19"/>
                <w:lang w:val="ru-RU"/>
              </w:rPr>
              <w:t>Паспорт:</w:t>
            </w:r>
          </w:p>
        </w:tc>
        <w:tc>
          <w:tcPr>
            <w:tcW w:w="3856" w:type="dxa"/>
            <w:gridSpan w:val="2"/>
            <w:tcBorders>
              <w:top w:val="single" w:sz="4" w:space="0" w:color="auto"/>
              <w:bottom w:val="single" w:sz="4" w:space="0" w:color="auto"/>
            </w:tcBorders>
          </w:tcPr>
          <w:p w14:paraId="4A2FA136" w14:textId="77777777" w:rsidR="00F83C07" w:rsidRDefault="00F83C07" w:rsidP="00F83C07">
            <w:pPr>
              <w:jc w:val="both"/>
              <w:rPr>
                <w:lang w:val="ru-RU"/>
              </w:rPr>
            </w:pPr>
          </w:p>
        </w:tc>
      </w:tr>
      <w:tr w:rsidR="00713995" w:rsidRPr="00EF1F46" w14:paraId="78F00F7C" w14:textId="77777777" w:rsidTr="004B3D12">
        <w:tc>
          <w:tcPr>
            <w:tcW w:w="4949" w:type="dxa"/>
            <w:gridSpan w:val="3"/>
            <w:tcBorders>
              <w:bottom w:val="single" w:sz="4" w:space="0" w:color="auto"/>
            </w:tcBorders>
          </w:tcPr>
          <w:p w14:paraId="54C94740" w14:textId="0E7A570E" w:rsidR="00713995" w:rsidRDefault="00713995" w:rsidP="00FC53A4">
            <w:pPr>
              <w:jc w:val="both"/>
              <w:rPr>
                <w:lang w:val="ru-RU"/>
              </w:rPr>
            </w:pPr>
            <w:r w:rsidRPr="00713995">
              <w:rPr>
                <w:sz w:val="19"/>
                <w:lang w:val="ru-RU"/>
              </w:rPr>
              <w:t xml:space="preserve">отделом УФМС России по Краснодарскому краю в </w:t>
            </w:r>
          </w:p>
        </w:tc>
        <w:tc>
          <w:tcPr>
            <w:tcW w:w="705" w:type="dxa"/>
          </w:tcPr>
          <w:p w14:paraId="48BF4A1A" w14:textId="77777777" w:rsidR="00713995" w:rsidRDefault="00713995" w:rsidP="00FC53A4">
            <w:pPr>
              <w:jc w:val="both"/>
              <w:rPr>
                <w:lang w:val="ru-RU"/>
              </w:rPr>
            </w:pPr>
          </w:p>
        </w:tc>
        <w:tc>
          <w:tcPr>
            <w:tcW w:w="4874" w:type="dxa"/>
            <w:gridSpan w:val="3"/>
            <w:tcBorders>
              <w:bottom w:val="single" w:sz="4" w:space="0" w:color="auto"/>
            </w:tcBorders>
          </w:tcPr>
          <w:p w14:paraId="6D8A97D7" w14:textId="77777777" w:rsidR="00713995" w:rsidRDefault="00713995" w:rsidP="00FC53A4">
            <w:pPr>
              <w:jc w:val="both"/>
              <w:rPr>
                <w:lang w:val="ru-RU"/>
              </w:rPr>
            </w:pPr>
          </w:p>
        </w:tc>
      </w:tr>
      <w:tr w:rsidR="00F83C07" w:rsidRPr="00EF1F46" w14:paraId="0248CF79" w14:textId="77777777" w:rsidTr="004B3D12">
        <w:tc>
          <w:tcPr>
            <w:tcW w:w="4949" w:type="dxa"/>
            <w:gridSpan w:val="3"/>
            <w:tcBorders>
              <w:top w:val="single" w:sz="4" w:space="0" w:color="auto"/>
              <w:bottom w:val="single" w:sz="4" w:space="0" w:color="auto"/>
            </w:tcBorders>
          </w:tcPr>
          <w:p w14:paraId="42EF8F4D" w14:textId="73B44404" w:rsidR="00F83C07" w:rsidRDefault="003525E3" w:rsidP="00F83C07">
            <w:pPr>
              <w:jc w:val="both"/>
              <w:rPr>
                <w:lang w:val="ru-RU"/>
              </w:rPr>
            </w:pPr>
            <w:r w:rsidRPr="00713995">
              <w:rPr>
                <w:sz w:val="19"/>
                <w:lang w:val="ru-RU"/>
              </w:rPr>
              <w:t>Усть-Лабинском районе</w:t>
            </w:r>
          </w:p>
        </w:tc>
        <w:tc>
          <w:tcPr>
            <w:tcW w:w="705" w:type="dxa"/>
          </w:tcPr>
          <w:p w14:paraId="7B596365" w14:textId="77777777" w:rsidR="00F83C07" w:rsidRDefault="00F83C07" w:rsidP="00F83C07">
            <w:pPr>
              <w:jc w:val="both"/>
              <w:rPr>
                <w:lang w:val="ru-RU"/>
              </w:rPr>
            </w:pPr>
          </w:p>
        </w:tc>
        <w:tc>
          <w:tcPr>
            <w:tcW w:w="4874" w:type="dxa"/>
            <w:gridSpan w:val="3"/>
            <w:tcBorders>
              <w:top w:val="single" w:sz="4" w:space="0" w:color="auto"/>
              <w:bottom w:val="single" w:sz="4" w:space="0" w:color="auto"/>
            </w:tcBorders>
          </w:tcPr>
          <w:p w14:paraId="5776C3F7" w14:textId="77777777" w:rsidR="00F83C07" w:rsidRDefault="00F83C07" w:rsidP="00F83C07">
            <w:pPr>
              <w:jc w:val="both"/>
              <w:rPr>
                <w:lang w:val="ru-RU"/>
              </w:rPr>
            </w:pPr>
          </w:p>
        </w:tc>
      </w:tr>
      <w:tr w:rsidR="00713995" w14:paraId="28789678" w14:textId="77777777" w:rsidTr="004B3D12">
        <w:tc>
          <w:tcPr>
            <w:tcW w:w="1018" w:type="dxa"/>
          </w:tcPr>
          <w:p w14:paraId="4B81B75C" w14:textId="77777777" w:rsidR="00713995" w:rsidRPr="003525E3" w:rsidRDefault="00713995" w:rsidP="00FC53A4">
            <w:pPr>
              <w:jc w:val="both"/>
              <w:rPr>
                <w:b/>
                <w:bCs/>
                <w:lang w:val="ru-RU"/>
              </w:rPr>
            </w:pPr>
            <w:r w:rsidRPr="003525E3">
              <w:rPr>
                <w:b/>
                <w:bCs/>
                <w:sz w:val="19"/>
                <w:lang w:val="ru-RU"/>
              </w:rPr>
              <w:t>Адрес:</w:t>
            </w:r>
          </w:p>
        </w:tc>
        <w:tc>
          <w:tcPr>
            <w:tcW w:w="3931" w:type="dxa"/>
            <w:gridSpan w:val="2"/>
            <w:tcBorders>
              <w:top w:val="single" w:sz="4" w:space="0" w:color="auto"/>
              <w:left w:val="nil"/>
              <w:bottom w:val="single" w:sz="4" w:space="0" w:color="auto"/>
            </w:tcBorders>
          </w:tcPr>
          <w:p w14:paraId="4A640F46" w14:textId="30E8EC24" w:rsidR="00713995" w:rsidRDefault="003525E3" w:rsidP="00FC53A4">
            <w:pPr>
              <w:jc w:val="both"/>
              <w:rPr>
                <w:lang w:val="ru-RU"/>
              </w:rPr>
            </w:pPr>
            <w:r w:rsidRPr="00704004">
              <w:rPr>
                <w:lang w:val="ru-RU"/>
              </w:rPr>
              <w:t xml:space="preserve">Краснодарский край, </w:t>
            </w:r>
          </w:p>
        </w:tc>
        <w:tc>
          <w:tcPr>
            <w:tcW w:w="705" w:type="dxa"/>
          </w:tcPr>
          <w:p w14:paraId="7BAADBE0" w14:textId="77777777" w:rsidR="00713995" w:rsidRDefault="00713995" w:rsidP="00FC53A4">
            <w:pPr>
              <w:jc w:val="both"/>
              <w:rPr>
                <w:lang w:val="ru-RU"/>
              </w:rPr>
            </w:pPr>
          </w:p>
        </w:tc>
        <w:tc>
          <w:tcPr>
            <w:tcW w:w="1018" w:type="dxa"/>
          </w:tcPr>
          <w:p w14:paraId="64C20C58" w14:textId="77777777" w:rsidR="00713995" w:rsidRPr="003525E3" w:rsidRDefault="00713995" w:rsidP="00FC53A4">
            <w:pPr>
              <w:jc w:val="both"/>
              <w:rPr>
                <w:b/>
                <w:bCs/>
                <w:lang w:val="ru-RU"/>
              </w:rPr>
            </w:pPr>
            <w:r w:rsidRPr="003525E3">
              <w:rPr>
                <w:b/>
                <w:bCs/>
                <w:sz w:val="19"/>
                <w:lang w:val="ru-RU"/>
              </w:rPr>
              <w:t>Адрес:</w:t>
            </w:r>
          </w:p>
        </w:tc>
        <w:tc>
          <w:tcPr>
            <w:tcW w:w="3856" w:type="dxa"/>
            <w:gridSpan w:val="2"/>
            <w:tcBorders>
              <w:bottom w:val="single" w:sz="4" w:space="0" w:color="auto"/>
            </w:tcBorders>
          </w:tcPr>
          <w:p w14:paraId="0360826F" w14:textId="77777777" w:rsidR="00713995" w:rsidRDefault="00713995" w:rsidP="00FC53A4">
            <w:pPr>
              <w:jc w:val="both"/>
              <w:rPr>
                <w:lang w:val="ru-RU"/>
              </w:rPr>
            </w:pPr>
          </w:p>
        </w:tc>
      </w:tr>
      <w:tr w:rsidR="00713995" w:rsidRPr="00EF1F46" w14:paraId="54D1BF70" w14:textId="77777777" w:rsidTr="004B3D12">
        <w:tc>
          <w:tcPr>
            <w:tcW w:w="4949" w:type="dxa"/>
            <w:gridSpan w:val="3"/>
            <w:tcBorders>
              <w:bottom w:val="single" w:sz="4" w:space="0" w:color="auto"/>
            </w:tcBorders>
          </w:tcPr>
          <w:p w14:paraId="48C43AF3" w14:textId="72B7E87B" w:rsidR="00713995" w:rsidRDefault="003525E3" w:rsidP="00F83C07">
            <w:pPr>
              <w:jc w:val="both"/>
              <w:rPr>
                <w:lang w:val="ru-RU"/>
              </w:rPr>
            </w:pPr>
            <w:r w:rsidRPr="00704004">
              <w:rPr>
                <w:lang w:val="ru-RU"/>
              </w:rPr>
              <w:t>г. Краснодар, ул. Казбекская д.17 кв.27</w:t>
            </w:r>
          </w:p>
        </w:tc>
        <w:tc>
          <w:tcPr>
            <w:tcW w:w="705" w:type="dxa"/>
          </w:tcPr>
          <w:p w14:paraId="2B165226" w14:textId="77777777" w:rsidR="00713995" w:rsidRDefault="00713995" w:rsidP="00F83C07">
            <w:pPr>
              <w:jc w:val="both"/>
              <w:rPr>
                <w:lang w:val="ru-RU"/>
              </w:rPr>
            </w:pPr>
          </w:p>
        </w:tc>
        <w:tc>
          <w:tcPr>
            <w:tcW w:w="4874" w:type="dxa"/>
            <w:gridSpan w:val="3"/>
            <w:tcBorders>
              <w:bottom w:val="single" w:sz="4" w:space="0" w:color="auto"/>
            </w:tcBorders>
          </w:tcPr>
          <w:p w14:paraId="29C0643A" w14:textId="2EDB81B7" w:rsidR="00713995" w:rsidRDefault="00713995" w:rsidP="00F83C07">
            <w:pPr>
              <w:jc w:val="both"/>
              <w:rPr>
                <w:lang w:val="ru-RU"/>
              </w:rPr>
            </w:pPr>
          </w:p>
        </w:tc>
      </w:tr>
      <w:tr w:rsidR="00F83C07" w14:paraId="2FEC5CC6" w14:textId="77777777" w:rsidTr="004B3D12">
        <w:tc>
          <w:tcPr>
            <w:tcW w:w="1018" w:type="dxa"/>
          </w:tcPr>
          <w:p w14:paraId="0670DC22" w14:textId="0BAD97C3" w:rsidR="00F83C07" w:rsidRPr="003525E3" w:rsidRDefault="00F83C07" w:rsidP="00F83C07">
            <w:pPr>
              <w:jc w:val="both"/>
              <w:rPr>
                <w:b/>
                <w:bCs/>
                <w:lang w:val="ru-RU"/>
              </w:rPr>
            </w:pPr>
            <w:r w:rsidRPr="003525E3">
              <w:rPr>
                <w:b/>
                <w:bCs/>
                <w:sz w:val="19"/>
                <w:lang w:val="ru-RU"/>
              </w:rPr>
              <w:t>Телефон:</w:t>
            </w:r>
          </w:p>
        </w:tc>
        <w:tc>
          <w:tcPr>
            <w:tcW w:w="3931" w:type="dxa"/>
            <w:gridSpan w:val="2"/>
            <w:tcBorders>
              <w:top w:val="single" w:sz="4" w:space="0" w:color="auto"/>
              <w:bottom w:val="single" w:sz="4" w:space="0" w:color="auto"/>
            </w:tcBorders>
          </w:tcPr>
          <w:p w14:paraId="32B9A9D1" w14:textId="07768E41" w:rsidR="00F83C07" w:rsidRDefault="003525E3" w:rsidP="00F83C07">
            <w:pPr>
              <w:jc w:val="both"/>
              <w:rPr>
                <w:lang w:val="ru-RU"/>
              </w:rPr>
            </w:pPr>
            <w:r w:rsidRPr="003525E3">
              <w:rPr>
                <w:lang w:val="ru-RU"/>
              </w:rPr>
              <w:t>+7 (928) 881-74-87</w:t>
            </w:r>
          </w:p>
        </w:tc>
        <w:tc>
          <w:tcPr>
            <w:tcW w:w="705" w:type="dxa"/>
          </w:tcPr>
          <w:p w14:paraId="17B489E0" w14:textId="77777777" w:rsidR="00F83C07" w:rsidRDefault="00F83C07" w:rsidP="00F83C07">
            <w:pPr>
              <w:jc w:val="both"/>
              <w:rPr>
                <w:lang w:val="ru-RU"/>
              </w:rPr>
            </w:pPr>
          </w:p>
        </w:tc>
        <w:tc>
          <w:tcPr>
            <w:tcW w:w="1018" w:type="dxa"/>
            <w:tcBorders>
              <w:top w:val="single" w:sz="4" w:space="0" w:color="auto"/>
            </w:tcBorders>
          </w:tcPr>
          <w:p w14:paraId="041A0CC7" w14:textId="1DA3D375" w:rsidR="00F83C07" w:rsidRPr="003525E3" w:rsidRDefault="00F83C07" w:rsidP="00F83C07">
            <w:pPr>
              <w:jc w:val="both"/>
              <w:rPr>
                <w:b/>
                <w:bCs/>
                <w:lang w:val="ru-RU"/>
              </w:rPr>
            </w:pPr>
            <w:r w:rsidRPr="003525E3">
              <w:rPr>
                <w:b/>
                <w:bCs/>
                <w:sz w:val="19"/>
                <w:lang w:val="ru-RU"/>
              </w:rPr>
              <w:t>Телефон:</w:t>
            </w:r>
          </w:p>
        </w:tc>
        <w:tc>
          <w:tcPr>
            <w:tcW w:w="3856" w:type="dxa"/>
            <w:gridSpan w:val="2"/>
            <w:tcBorders>
              <w:top w:val="single" w:sz="4" w:space="0" w:color="auto"/>
              <w:bottom w:val="single" w:sz="4" w:space="0" w:color="auto"/>
            </w:tcBorders>
          </w:tcPr>
          <w:p w14:paraId="7668DCD2" w14:textId="77777777" w:rsidR="00F83C07" w:rsidRDefault="00F83C07" w:rsidP="00F83C07">
            <w:pPr>
              <w:jc w:val="both"/>
              <w:rPr>
                <w:lang w:val="ru-RU"/>
              </w:rPr>
            </w:pPr>
          </w:p>
        </w:tc>
      </w:tr>
      <w:tr w:rsidR="00F83C07" w14:paraId="500478DC" w14:textId="77777777" w:rsidTr="004B3D12">
        <w:tc>
          <w:tcPr>
            <w:tcW w:w="1018" w:type="dxa"/>
          </w:tcPr>
          <w:p w14:paraId="6A04A6C1" w14:textId="08252909" w:rsidR="00F83C07" w:rsidRPr="003525E3" w:rsidRDefault="00F83C07" w:rsidP="00F83C07">
            <w:pPr>
              <w:jc w:val="both"/>
              <w:rPr>
                <w:b/>
                <w:bCs/>
                <w:lang w:val="ru-RU"/>
              </w:rPr>
            </w:pPr>
            <w:r w:rsidRPr="003525E3">
              <w:rPr>
                <w:b/>
                <w:bCs/>
                <w:sz w:val="19"/>
              </w:rPr>
              <w:t>E</w:t>
            </w:r>
            <w:r w:rsidRPr="003525E3">
              <w:rPr>
                <w:b/>
                <w:bCs/>
                <w:sz w:val="19"/>
                <w:lang w:val="ru-RU"/>
              </w:rPr>
              <w:t>-</w:t>
            </w:r>
            <w:r w:rsidRPr="003525E3">
              <w:rPr>
                <w:b/>
                <w:bCs/>
                <w:sz w:val="19"/>
              </w:rPr>
              <w:t>mail</w:t>
            </w:r>
            <w:r w:rsidRPr="003525E3">
              <w:rPr>
                <w:b/>
                <w:bCs/>
                <w:sz w:val="19"/>
                <w:lang w:val="ru-RU"/>
              </w:rPr>
              <w:t>:</w:t>
            </w:r>
          </w:p>
        </w:tc>
        <w:tc>
          <w:tcPr>
            <w:tcW w:w="3931" w:type="dxa"/>
            <w:gridSpan w:val="2"/>
            <w:tcBorders>
              <w:top w:val="single" w:sz="4" w:space="0" w:color="auto"/>
              <w:bottom w:val="single" w:sz="4" w:space="0" w:color="auto"/>
            </w:tcBorders>
          </w:tcPr>
          <w:p w14:paraId="4F7E2A48" w14:textId="2C592975" w:rsidR="00F83C07" w:rsidRDefault="003525E3" w:rsidP="00F83C07">
            <w:pPr>
              <w:jc w:val="both"/>
              <w:rPr>
                <w:lang w:val="ru-RU"/>
              </w:rPr>
            </w:pPr>
            <w:r w:rsidRPr="003525E3">
              <w:rPr>
                <w:lang w:val="ru-RU"/>
              </w:rPr>
              <w:t>pole.glamping@mail.ru</w:t>
            </w:r>
          </w:p>
        </w:tc>
        <w:tc>
          <w:tcPr>
            <w:tcW w:w="705" w:type="dxa"/>
          </w:tcPr>
          <w:p w14:paraId="3628E2C6" w14:textId="77777777" w:rsidR="00F83C07" w:rsidRDefault="00F83C07" w:rsidP="00F83C07">
            <w:pPr>
              <w:jc w:val="both"/>
              <w:rPr>
                <w:lang w:val="ru-RU"/>
              </w:rPr>
            </w:pPr>
          </w:p>
        </w:tc>
        <w:tc>
          <w:tcPr>
            <w:tcW w:w="1018" w:type="dxa"/>
          </w:tcPr>
          <w:p w14:paraId="59909EDE" w14:textId="14A3E89B" w:rsidR="00F83C07" w:rsidRPr="003525E3" w:rsidRDefault="00F83C07" w:rsidP="00F83C07">
            <w:pPr>
              <w:jc w:val="both"/>
              <w:rPr>
                <w:b/>
                <w:bCs/>
                <w:lang w:val="ru-RU"/>
              </w:rPr>
            </w:pPr>
            <w:r w:rsidRPr="003525E3">
              <w:rPr>
                <w:b/>
                <w:bCs/>
                <w:sz w:val="19"/>
              </w:rPr>
              <w:t>E</w:t>
            </w:r>
            <w:r w:rsidRPr="003525E3">
              <w:rPr>
                <w:b/>
                <w:bCs/>
                <w:sz w:val="19"/>
                <w:lang w:val="ru-RU"/>
              </w:rPr>
              <w:t>-</w:t>
            </w:r>
            <w:r w:rsidRPr="003525E3">
              <w:rPr>
                <w:b/>
                <w:bCs/>
                <w:sz w:val="19"/>
              </w:rPr>
              <w:t>mail</w:t>
            </w:r>
            <w:r w:rsidRPr="003525E3">
              <w:rPr>
                <w:b/>
                <w:bCs/>
                <w:sz w:val="19"/>
                <w:lang w:val="ru-RU"/>
              </w:rPr>
              <w:t>:</w:t>
            </w:r>
          </w:p>
        </w:tc>
        <w:tc>
          <w:tcPr>
            <w:tcW w:w="3856" w:type="dxa"/>
            <w:gridSpan w:val="2"/>
            <w:tcBorders>
              <w:top w:val="single" w:sz="4" w:space="0" w:color="auto"/>
              <w:bottom w:val="single" w:sz="4" w:space="0" w:color="auto"/>
            </w:tcBorders>
          </w:tcPr>
          <w:p w14:paraId="1C2B9BCB" w14:textId="77777777" w:rsidR="00F83C07" w:rsidRDefault="00F83C07" w:rsidP="00F83C07">
            <w:pPr>
              <w:jc w:val="both"/>
              <w:rPr>
                <w:lang w:val="ru-RU"/>
              </w:rPr>
            </w:pPr>
          </w:p>
        </w:tc>
      </w:tr>
      <w:tr w:rsidR="00C668F2" w:rsidRPr="00F83C07" w14:paraId="10116191" w14:textId="77777777" w:rsidTr="004B3D12">
        <w:tc>
          <w:tcPr>
            <w:tcW w:w="2231" w:type="dxa"/>
            <w:gridSpan w:val="2"/>
          </w:tcPr>
          <w:p w14:paraId="7B952A6A" w14:textId="6450FB4D" w:rsidR="00C668F2" w:rsidRPr="003525E3" w:rsidRDefault="00C668F2" w:rsidP="00C668F2">
            <w:pPr>
              <w:rPr>
                <w:b/>
                <w:bCs/>
                <w:lang w:val="ru-RU"/>
              </w:rPr>
            </w:pPr>
            <w:r w:rsidRPr="003525E3">
              <w:rPr>
                <w:b/>
                <w:bCs/>
                <w:sz w:val="19"/>
                <w:lang w:val="ru-RU"/>
              </w:rPr>
              <w:t>Номер</w:t>
            </w:r>
            <w:r w:rsidRPr="003525E3">
              <w:rPr>
                <w:b/>
                <w:bCs/>
                <w:sz w:val="19"/>
              </w:rPr>
              <w:t xml:space="preserve"> </w:t>
            </w:r>
            <w:r w:rsidRPr="003525E3">
              <w:rPr>
                <w:b/>
                <w:bCs/>
                <w:sz w:val="19"/>
                <w:lang w:val="ru-RU"/>
              </w:rPr>
              <w:t>для</w:t>
            </w:r>
            <w:r w:rsidRPr="003525E3">
              <w:rPr>
                <w:b/>
                <w:bCs/>
                <w:sz w:val="19"/>
              </w:rPr>
              <w:t xml:space="preserve"> WhatsApp</w:t>
            </w:r>
            <w:r w:rsidR="003525E3">
              <w:rPr>
                <w:b/>
                <w:bCs/>
                <w:sz w:val="19"/>
                <w:lang w:val="ru-RU"/>
              </w:rPr>
              <w:t>:</w:t>
            </w:r>
          </w:p>
        </w:tc>
        <w:tc>
          <w:tcPr>
            <w:tcW w:w="2718" w:type="dxa"/>
            <w:tcBorders>
              <w:bottom w:val="single" w:sz="4" w:space="0" w:color="auto"/>
            </w:tcBorders>
          </w:tcPr>
          <w:p w14:paraId="2F1B5A92" w14:textId="219B102C" w:rsidR="00C668F2" w:rsidRPr="00F83C07" w:rsidRDefault="003525E3" w:rsidP="00C668F2">
            <w:r w:rsidRPr="003525E3">
              <w:rPr>
                <w:lang w:val="ru-RU"/>
              </w:rPr>
              <w:t>+7 (928) 881-74-87</w:t>
            </w:r>
          </w:p>
        </w:tc>
        <w:tc>
          <w:tcPr>
            <w:tcW w:w="705" w:type="dxa"/>
          </w:tcPr>
          <w:p w14:paraId="476E544D" w14:textId="77777777" w:rsidR="00C668F2" w:rsidRPr="00F83C07" w:rsidRDefault="00C668F2" w:rsidP="00C668F2">
            <w:pPr>
              <w:jc w:val="both"/>
            </w:pPr>
          </w:p>
        </w:tc>
        <w:tc>
          <w:tcPr>
            <w:tcW w:w="2261" w:type="dxa"/>
            <w:gridSpan w:val="2"/>
          </w:tcPr>
          <w:p w14:paraId="6EE68C66" w14:textId="49CC9C4B" w:rsidR="00C668F2" w:rsidRPr="003525E3" w:rsidRDefault="00C668F2" w:rsidP="00C668F2">
            <w:pPr>
              <w:jc w:val="both"/>
              <w:rPr>
                <w:b/>
                <w:bCs/>
                <w:lang w:val="ru-RU"/>
              </w:rPr>
            </w:pPr>
            <w:r w:rsidRPr="003525E3">
              <w:rPr>
                <w:b/>
                <w:bCs/>
                <w:sz w:val="19"/>
                <w:lang w:val="ru-RU"/>
              </w:rPr>
              <w:t>Номер</w:t>
            </w:r>
            <w:r w:rsidRPr="003525E3">
              <w:rPr>
                <w:b/>
                <w:bCs/>
                <w:sz w:val="19"/>
              </w:rPr>
              <w:t xml:space="preserve"> </w:t>
            </w:r>
            <w:r w:rsidRPr="003525E3">
              <w:rPr>
                <w:b/>
                <w:bCs/>
                <w:sz w:val="19"/>
                <w:lang w:val="ru-RU"/>
              </w:rPr>
              <w:t>для</w:t>
            </w:r>
            <w:r w:rsidRPr="003525E3">
              <w:rPr>
                <w:b/>
                <w:bCs/>
                <w:sz w:val="19"/>
              </w:rPr>
              <w:t xml:space="preserve"> WhatsApp</w:t>
            </w:r>
            <w:r w:rsidR="003525E3" w:rsidRPr="003525E3">
              <w:rPr>
                <w:b/>
                <w:bCs/>
                <w:sz w:val="19"/>
                <w:lang w:val="ru-RU"/>
              </w:rPr>
              <w:t>:</w:t>
            </w:r>
          </w:p>
        </w:tc>
        <w:tc>
          <w:tcPr>
            <w:tcW w:w="2613" w:type="dxa"/>
            <w:tcBorders>
              <w:bottom w:val="single" w:sz="4" w:space="0" w:color="auto"/>
            </w:tcBorders>
          </w:tcPr>
          <w:p w14:paraId="48917A65" w14:textId="5A439CE3" w:rsidR="00C668F2" w:rsidRPr="00F83C07" w:rsidRDefault="00C668F2" w:rsidP="00C668F2">
            <w:pPr>
              <w:jc w:val="both"/>
            </w:pPr>
          </w:p>
        </w:tc>
      </w:tr>
      <w:tr w:rsidR="00C668F2" w:rsidRPr="00F83C07" w14:paraId="34A341CB" w14:textId="77777777" w:rsidTr="004B3D12">
        <w:tc>
          <w:tcPr>
            <w:tcW w:w="2231" w:type="dxa"/>
            <w:gridSpan w:val="2"/>
          </w:tcPr>
          <w:p w14:paraId="24CC2E7E" w14:textId="11C5AA0B" w:rsidR="00C668F2" w:rsidRPr="003525E3" w:rsidRDefault="00C668F2" w:rsidP="00C668F2">
            <w:pPr>
              <w:jc w:val="both"/>
              <w:rPr>
                <w:b/>
                <w:bCs/>
                <w:lang w:val="ru-RU"/>
              </w:rPr>
            </w:pPr>
            <w:r w:rsidRPr="003525E3">
              <w:rPr>
                <w:b/>
                <w:bCs/>
                <w:sz w:val="19"/>
                <w:lang w:val="ru-RU"/>
              </w:rPr>
              <w:t xml:space="preserve">Номер для </w:t>
            </w:r>
            <w:r w:rsidRPr="003525E3">
              <w:rPr>
                <w:b/>
                <w:bCs/>
                <w:sz w:val="19"/>
              </w:rPr>
              <w:t>Telegram</w:t>
            </w:r>
            <w:r w:rsidR="003525E3" w:rsidRPr="003525E3">
              <w:rPr>
                <w:b/>
                <w:bCs/>
                <w:sz w:val="19"/>
                <w:lang w:val="ru-RU"/>
              </w:rPr>
              <w:t>:</w:t>
            </w:r>
          </w:p>
        </w:tc>
        <w:tc>
          <w:tcPr>
            <w:tcW w:w="2718" w:type="dxa"/>
            <w:tcBorders>
              <w:top w:val="single" w:sz="4" w:space="0" w:color="auto"/>
              <w:bottom w:val="single" w:sz="4" w:space="0" w:color="auto"/>
            </w:tcBorders>
          </w:tcPr>
          <w:p w14:paraId="617133C8" w14:textId="54C82679" w:rsidR="00C668F2" w:rsidRPr="00F83C07" w:rsidRDefault="003525E3" w:rsidP="00C668F2">
            <w:pPr>
              <w:jc w:val="both"/>
              <w:rPr>
                <w:lang w:val="ru-RU"/>
              </w:rPr>
            </w:pPr>
            <w:r w:rsidRPr="003525E3">
              <w:rPr>
                <w:lang w:val="ru-RU"/>
              </w:rPr>
              <w:t>+7 (928) 881-74-87</w:t>
            </w:r>
          </w:p>
        </w:tc>
        <w:tc>
          <w:tcPr>
            <w:tcW w:w="705" w:type="dxa"/>
          </w:tcPr>
          <w:p w14:paraId="4EDC6ABA" w14:textId="77777777" w:rsidR="00C668F2" w:rsidRPr="00F83C07" w:rsidRDefault="00C668F2" w:rsidP="00C668F2">
            <w:pPr>
              <w:jc w:val="both"/>
              <w:rPr>
                <w:lang w:val="ru-RU"/>
              </w:rPr>
            </w:pPr>
          </w:p>
        </w:tc>
        <w:tc>
          <w:tcPr>
            <w:tcW w:w="2261" w:type="dxa"/>
            <w:gridSpan w:val="2"/>
          </w:tcPr>
          <w:p w14:paraId="78F7510F" w14:textId="4994B885" w:rsidR="00C668F2" w:rsidRPr="003525E3" w:rsidRDefault="00C668F2" w:rsidP="00C668F2">
            <w:pPr>
              <w:jc w:val="both"/>
              <w:rPr>
                <w:b/>
                <w:bCs/>
                <w:lang w:val="ru-RU"/>
              </w:rPr>
            </w:pPr>
            <w:r w:rsidRPr="003525E3">
              <w:rPr>
                <w:b/>
                <w:bCs/>
                <w:sz w:val="19"/>
                <w:lang w:val="ru-RU"/>
              </w:rPr>
              <w:t xml:space="preserve">Номер для </w:t>
            </w:r>
            <w:r w:rsidRPr="003525E3">
              <w:rPr>
                <w:b/>
                <w:bCs/>
                <w:sz w:val="19"/>
              </w:rPr>
              <w:t>Telegram</w:t>
            </w:r>
            <w:r w:rsidR="003525E3" w:rsidRPr="003525E3">
              <w:rPr>
                <w:b/>
                <w:bCs/>
                <w:sz w:val="19"/>
                <w:lang w:val="ru-RU"/>
              </w:rPr>
              <w:t>:</w:t>
            </w:r>
          </w:p>
        </w:tc>
        <w:tc>
          <w:tcPr>
            <w:tcW w:w="2613" w:type="dxa"/>
            <w:tcBorders>
              <w:top w:val="single" w:sz="4" w:space="0" w:color="auto"/>
              <w:bottom w:val="single" w:sz="4" w:space="0" w:color="auto"/>
            </w:tcBorders>
          </w:tcPr>
          <w:p w14:paraId="42EDB771" w14:textId="77777777" w:rsidR="00C668F2" w:rsidRPr="00F83C07" w:rsidRDefault="00C668F2" w:rsidP="00C668F2">
            <w:pPr>
              <w:jc w:val="both"/>
              <w:rPr>
                <w:lang w:val="ru-RU"/>
              </w:rPr>
            </w:pPr>
          </w:p>
        </w:tc>
      </w:tr>
      <w:tr w:rsidR="00C668F2" w:rsidRPr="00F83C07" w14:paraId="04D4A080" w14:textId="77777777" w:rsidTr="004B3D12">
        <w:tc>
          <w:tcPr>
            <w:tcW w:w="2231" w:type="dxa"/>
            <w:gridSpan w:val="2"/>
          </w:tcPr>
          <w:p w14:paraId="54DBD3EA" w14:textId="67191F24" w:rsidR="00C668F2" w:rsidRPr="003525E3" w:rsidRDefault="00C668F2" w:rsidP="00C668F2">
            <w:pPr>
              <w:jc w:val="both"/>
              <w:rPr>
                <w:b/>
                <w:bCs/>
                <w:lang w:val="ru-RU"/>
              </w:rPr>
            </w:pPr>
            <w:r w:rsidRPr="003525E3">
              <w:rPr>
                <w:b/>
                <w:bCs/>
                <w:sz w:val="19"/>
                <w:lang w:val="ru-RU"/>
              </w:rPr>
              <w:t>Номер</w:t>
            </w:r>
            <w:r w:rsidRPr="003525E3">
              <w:rPr>
                <w:b/>
                <w:bCs/>
                <w:sz w:val="19"/>
              </w:rPr>
              <w:t xml:space="preserve"> </w:t>
            </w:r>
            <w:r w:rsidRPr="003525E3">
              <w:rPr>
                <w:b/>
                <w:bCs/>
                <w:sz w:val="19"/>
                <w:lang w:val="ru-RU"/>
              </w:rPr>
              <w:t xml:space="preserve">для </w:t>
            </w:r>
            <w:r w:rsidRPr="003525E3">
              <w:rPr>
                <w:b/>
                <w:bCs/>
                <w:sz w:val="19"/>
              </w:rPr>
              <w:t>MAX</w:t>
            </w:r>
            <w:r w:rsidR="003525E3" w:rsidRPr="003525E3">
              <w:rPr>
                <w:b/>
                <w:bCs/>
                <w:sz w:val="19"/>
                <w:lang w:val="ru-RU"/>
              </w:rPr>
              <w:t>:</w:t>
            </w:r>
          </w:p>
        </w:tc>
        <w:tc>
          <w:tcPr>
            <w:tcW w:w="2718" w:type="dxa"/>
            <w:tcBorders>
              <w:top w:val="single" w:sz="4" w:space="0" w:color="auto"/>
              <w:bottom w:val="single" w:sz="4" w:space="0" w:color="auto"/>
            </w:tcBorders>
          </w:tcPr>
          <w:p w14:paraId="543208A1" w14:textId="1D78DC88" w:rsidR="00C668F2" w:rsidRPr="00F83C07" w:rsidRDefault="003525E3" w:rsidP="00C668F2">
            <w:pPr>
              <w:jc w:val="both"/>
              <w:rPr>
                <w:lang w:val="ru-RU"/>
              </w:rPr>
            </w:pPr>
            <w:r w:rsidRPr="003525E3">
              <w:rPr>
                <w:lang w:val="ru-RU"/>
              </w:rPr>
              <w:t>+7 (928) 881-74-87</w:t>
            </w:r>
          </w:p>
        </w:tc>
        <w:tc>
          <w:tcPr>
            <w:tcW w:w="705" w:type="dxa"/>
          </w:tcPr>
          <w:p w14:paraId="1E81F776" w14:textId="77777777" w:rsidR="00C668F2" w:rsidRPr="00F83C07" w:rsidRDefault="00C668F2" w:rsidP="00C668F2">
            <w:pPr>
              <w:jc w:val="both"/>
              <w:rPr>
                <w:lang w:val="ru-RU"/>
              </w:rPr>
            </w:pPr>
          </w:p>
        </w:tc>
        <w:tc>
          <w:tcPr>
            <w:tcW w:w="2261" w:type="dxa"/>
            <w:gridSpan w:val="2"/>
          </w:tcPr>
          <w:p w14:paraId="7AFF1DB7" w14:textId="6977A6E6" w:rsidR="00C668F2" w:rsidRPr="003525E3" w:rsidRDefault="00C668F2" w:rsidP="00C668F2">
            <w:pPr>
              <w:jc w:val="both"/>
              <w:rPr>
                <w:b/>
                <w:bCs/>
                <w:lang w:val="ru-RU"/>
              </w:rPr>
            </w:pPr>
            <w:r w:rsidRPr="003525E3">
              <w:rPr>
                <w:b/>
                <w:bCs/>
                <w:sz w:val="19"/>
                <w:lang w:val="ru-RU"/>
              </w:rPr>
              <w:t>Номер</w:t>
            </w:r>
            <w:r w:rsidRPr="003525E3">
              <w:rPr>
                <w:b/>
                <w:bCs/>
                <w:sz w:val="19"/>
              </w:rPr>
              <w:t xml:space="preserve"> </w:t>
            </w:r>
            <w:r w:rsidRPr="003525E3">
              <w:rPr>
                <w:b/>
                <w:bCs/>
                <w:sz w:val="19"/>
                <w:lang w:val="ru-RU"/>
              </w:rPr>
              <w:t xml:space="preserve">для </w:t>
            </w:r>
            <w:r w:rsidRPr="003525E3">
              <w:rPr>
                <w:b/>
                <w:bCs/>
                <w:sz w:val="19"/>
              </w:rPr>
              <w:t>MAX</w:t>
            </w:r>
            <w:r w:rsidR="003525E3" w:rsidRPr="003525E3">
              <w:rPr>
                <w:b/>
                <w:bCs/>
                <w:sz w:val="19"/>
                <w:lang w:val="ru-RU"/>
              </w:rPr>
              <w:t>:</w:t>
            </w:r>
          </w:p>
        </w:tc>
        <w:tc>
          <w:tcPr>
            <w:tcW w:w="2613" w:type="dxa"/>
            <w:tcBorders>
              <w:top w:val="single" w:sz="4" w:space="0" w:color="auto"/>
              <w:bottom w:val="single" w:sz="4" w:space="0" w:color="auto"/>
            </w:tcBorders>
          </w:tcPr>
          <w:p w14:paraId="2823E9FF" w14:textId="77777777" w:rsidR="00C668F2" w:rsidRPr="00F83C07" w:rsidRDefault="00C668F2" w:rsidP="00C668F2">
            <w:pPr>
              <w:jc w:val="both"/>
              <w:rPr>
                <w:lang w:val="ru-RU"/>
              </w:rPr>
            </w:pPr>
          </w:p>
        </w:tc>
      </w:tr>
      <w:tr w:rsidR="00713995" w:rsidRPr="00F83C07" w14:paraId="013650D2" w14:textId="77777777" w:rsidTr="004B3D12">
        <w:tc>
          <w:tcPr>
            <w:tcW w:w="4949" w:type="dxa"/>
            <w:gridSpan w:val="3"/>
          </w:tcPr>
          <w:p w14:paraId="5D08061D" w14:textId="77777777" w:rsidR="00713995" w:rsidRPr="00F83C07" w:rsidRDefault="00713995" w:rsidP="00713995">
            <w:pPr>
              <w:jc w:val="both"/>
              <w:rPr>
                <w:sz w:val="19"/>
                <w:lang w:val="ru-RU"/>
              </w:rPr>
            </w:pPr>
          </w:p>
        </w:tc>
        <w:tc>
          <w:tcPr>
            <w:tcW w:w="705" w:type="dxa"/>
          </w:tcPr>
          <w:p w14:paraId="7124C1AA" w14:textId="77777777" w:rsidR="00713995" w:rsidRPr="00F83C07" w:rsidRDefault="00713995" w:rsidP="00713995">
            <w:pPr>
              <w:jc w:val="both"/>
              <w:rPr>
                <w:lang w:val="ru-RU"/>
              </w:rPr>
            </w:pPr>
          </w:p>
        </w:tc>
        <w:tc>
          <w:tcPr>
            <w:tcW w:w="4874" w:type="dxa"/>
            <w:gridSpan w:val="3"/>
          </w:tcPr>
          <w:p w14:paraId="217ADB28" w14:textId="77777777" w:rsidR="00713995" w:rsidRPr="00F83C07" w:rsidRDefault="00713995" w:rsidP="00713995">
            <w:pPr>
              <w:jc w:val="both"/>
              <w:rPr>
                <w:lang w:val="ru-RU"/>
              </w:rPr>
            </w:pPr>
          </w:p>
        </w:tc>
      </w:tr>
      <w:tr w:rsidR="00713995" w:rsidRPr="00F83C07" w14:paraId="161CF434" w14:textId="77777777" w:rsidTr="004B3D12">
        <w:tc>
          <w:tcPr>
            <w:tcW w:w="4949" w:type="dxa"/>
            <w:gridSpan w:val="3"/>
          </w:tcPr>
          <w:p w14:paraId="28C9B30E" w14:textId="4500A33E" w:rsidR="00713995" w:rsidRPr="00F83C07" w:rsidRDefault="00713995" w:rsidP="00713995">
            <w:pPr>
              <w:jc w:val="both"/>
              <w:rPr>
                <w:sz w:val="19"/>
                <w:lang w:val="ru-RU"/>
              </w:rPr>
            </w:pPr>
            <w:r w:rsidRPr="00D72C13">
              <w:rPr>
                <w:b/>
                <w:bCs/>
                <w:sz w:val="19"/>
                <w:lang w:val="ru-RU"/>
              </w:rPr>
              <w:t>Подпись:</w:t>
            </w:r>
            <w:r w:rsidRPr="004F70AA">
              <w:rPr>
                <w:sz w:val="19"/>
                <w:lang w:val="ru-RU"/>
              </w:rPr>
              <w:t xml:space="preserve"> _____________ / _______________</w:t>
            </w:r>
          </w:p>
        </w:tc>
        <w:tc>
          <w:tcPr>
            <w:tcW w:w="705" w:type="dxa"/>
          </w:tcPr>
          <w:p w14:paraId="5CE6ECBC" w14:textId="77777777" w:rsidR="00713995" w:rsidRPr="00F83C07" w:rsidRDefault="00713995" w:rsidP="00713995">
            <w:pPr>
              <w:jc w:val="both"/>
              <w:rPr>
                <w:lang w:val="ru-RU"/>
              </w:rPr>
            </w:pPr>
          </w:p>
        </w:tc>
        <w:tc>
          <w:tcPr>
            <w:tcW w:w="4874" w:type="dxa"/>
            <w:gridSpan w:val="3"/>
          </w:tcPr>
          <w:p w14:paraId="2214E188" w14:textId="448361F5" w:rsidR="00713995" w:rsidRPr="00F83C07" w:rsidRDefault="00713995" w:rsidP="00713995">
            <w:pPr>
              <w:jc w:val="both"/>
              <w:rPr>
                <w:lang w:val="ru-RU"/>
              </w:rPr>
            </w:pPr>
            <w:r w:rsidRPr="00D72C13">
              <w:rPr>
                <w:b/>
                <w:bCs/>
                <w:sz w:val="19"/>
                <w:lang w:val="ru-RU"/>
              </w:rPr>
              <w:t>Подпись:</w:t>
            </w:r>
            <w:r w:rsidRPr="004F70AA">
              <w:rPr>
                <w:sz w:val="19"/>
                <w:lang w:val="ru-RU"/>
              </w:rPr>
              <w:t xml:space="preserve"> _____________ / _______________</w:t>
            </w:r>
          </w:p>
        </w:tc>
      </w:tr>
    </w:tbl>
    <w:p w14:paraId="2C07BCA2" w14:textId="77777777" w:rsidR="00F83C07" w:rsidRPr="00F83C07" w:rsidRDefault="00F83C07" w:rsidP="00F83C07">
      <w:pPr>
        <w:jc w:val="both"/>
        <w:rPr>
          <w:lang w:val="ru-RU"/>
        </w:rPr>
      </w:pPr>
    </w:p>
    <w:p w14:paraId="4D3DB4AF" w14:textId="77777777" w:rsidR="00F83C07" w:rsidRPr="00F83C07" w:rsidRDefault="00F83C07" w:rsidP="00F83C07">
      <w:pPr>
        <w:jc w:val="both"/>
        <w:rPr>
          <w:lang w:val="ru-RU"/>
        </w:rPr>
      </w:pPr>
    </w:p>
    <w:p w14:paraId="47094891" w14:textId="77777777" w:rsidR="00F83C07" w:rsidRPr="00F83C07" w:rsidRDefault="00F83C07" w:rsidP="00F83C07">
      <w:pPr>
        <w:jc w:val="both"/>
        <w:rPr>
          <w:lang w:val="ru-RU"/>
        </w:rPr>
      </w:pPr>
    </w:p>
    <w:p w14:paraId="71FA1B89" w14:textId="77777777" w:rsidR="00F83C07" w:rsidRPr="00F83C07" w:rsidRDefault="00F83C07" w:rsidP="00F83C07">
      <w:pPr>
        <w:jc w:val="both"/>
        <w:rPr>
          <w:lang w:val="ru-RU"/>
        </w:rPr>
      </w:pPr>
    </w:p>
    <w:p w14:paraId="36797A12" w14:textId="77777777" w:rsidR="00F83C07" w:rsidRPr="00F83C07" w:rsidRDefault="00F83C07" w:rsidP="00F83C07">
      <w:pPr>
        <w:jc w:val="both"/>
        <w:rPr>
          <w:lang w:val="ru-RU"/>
        </w:rPr>
      </w:pPr>
    </w:p>
    <w:p w14:paraId="36FF37CD" w14:textId="77777777" w:rsidR="00F83C07" w:rsidRPr="00F83C07" w:rsidRDefault="00F83C07" w:rsidP="00F83C07">
      <w:pPr>
        <w:jc w:val="both"/>
        <w:rPr>
          <w:lang w:val="ru-RU"/>
        </w:rPr>
      </w:pPr>
    </w:p>
    <w:p w14:paraId="149BC77B" w14:textId="77777777" w:rsidR="00F83C07" w:rsidRPr="00F83C07" w:rsidRDefault="00F83C07" w:rsidP="00F83C07">
      <w:pPr>
        <w:jc w:val="both"/>
        <w:rPr>
          <w:lang w:val="ru-RU"/>
        </w:rPr>
      </w:pPr>
    </w:p>
    <w:p w14:paraId="3C5B1E92" w14:textId="77777777" w:rsidR="00F83C07" w:rsidRPr="00F83C07" w:rsidRDefault="00F83C07" w:rsidP="00F83C07">
      <w:pPr>
        <w:jc w:val="both"/>
        <w:rPr>
          <w:lang w:val="ru-RU"/>
        </w:rPr>
      </w:pPr>
    </w:p>
    <w:sectPr w:rsidR="00F83C07" w:rsidRPr="00F83C07" w:rsidSect="00034616">
      <w:footerReference w:type="default" r:id="rId9"/>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6E83" w14:textId="77777777" w:rsidR="006A0DE5" w:rsidRDefault="006A0DE5">
      <w:pPr>
        <w:spacing w:after="0" w:line="240" w:lineRule="auto"/>
      </w:pPr>
      <w:r>
        <w:separator/>
      </w:r>
    </w:p>
  </w:endnote>
  <w:endnote w:type="continuationSeparator" w:id="0">
    <w:p w14:paraId="1551F928" w14:textId="77777777" w:rsidR="006A0DE5" w:rsidRDefault="006A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ABC8" w14:textId="77777777" w:rsidR="00C767F3" w:rsidRDefault="00000000">
    <w:pPr>
      <w:pStyle w:val="a7"/>
      <w:jc w:val="center"/>
    </w:pPr>
    <w:proofErr w:type="spellStart"/>
    <w:r>
      <w:t>Стр</w:t>
    </w:r>
    <w:proofErr w:type="spellEnd"/>
    <w:r>
      <w:t xml:space="preserve">. </w:t>
    </w:r>
    <w:r>
      <w:fldChar w:fldCharType="begin"/>
    </w:r>
    <w:r>
      <w:instrText xml:space="preserve"> PAGE </w:instrText>
    </w:r>
    <w:r>
      <w:fldChar w:fldCharType="separate"/>
    </w:r>
    <w:r w:rsidR="004F70A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89091" w14:textId="77777777" w:rsidR="006A0DE5" w:rsidRDefault="006A0DE5">
      <w:pPr>
        <w:spacing w:after="0" w:line="240" w:lineRule="auto"/>
      </w:pPr>
      <w:r>
        <w:separator/>
      </w:r>
    </w:p>
  </w:footnote>
  <w:footnote w:type="continuationSeparator" w:id="0">
    <w:p w14:paraId="2AAA9A2C" w14:textId="77777777" w:rsidR="006A0DE5" w:rsidRDefault="006A0D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08651054">
    <w:abstractNumId w:val="8"/>
  </w:num>
  <w:num w:numId="2" w16cid:durableId="1562519708">
    <w:abstractNumId w:val="6"/>
  </w:num>
  <w:num w:numId="3" w16cid:durableId="2053073460">
    <w:abstractNumId w:val="5"/>
  </w:num>
  <w:num w:numId="4" w16cid:durableId="1207137364">
    <w:abstractNumId w:val="4"/>
  </w:num>
  <w:num w:numId="5" w16cid:durableId="769814033">
    <w:abstractNumId w:val="7"/>
  </w:num>
  <w:num w:numId="6" w16cid:durableId="1229922359">
    <w:abstractNumId w:val="3"/>
  </w:num>
  <w:num w:numId="7" w16cid:durableId="460342611">
    <w:abstractNumId w:val="2"/>
  </w:num>
  <w:num w:numId="8" w16cid:durableId="926427234">
    <w:abstractNumId w:val="1"/>
  </w:num>
  <w:num w:numId="9" w16cid:durableId="1267344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CF0"/>
    <w:rsid w:val="00034616"/>
    <w:rsid w:val="0006063C"/>
    <w:rsid w:val="0006522D"/>
    <w:rsid w:val="000A0CDB"/>
    <w:rsid w:val="000E3A74"/>
    <w:rsid w:val="00124798"/>
    <w:rsid w:val="0015074B"/>
    <w:rsid w:val="00202AB9"/>
    <w:rsid w:val="002058DB"/>
    <w:rsid w:val="0029639D"/>
    <w:rsid w:val="00326F90"/>
    <w:rsid w:val="003525E3"/>
    <w:rsid w:val="004B3D12"/>
    <w:rsid w:val="004F70AA"/>
    <w:rsid w:val="005136E5"/>
    <w:rsid w:val="0055046B"/>
    <w:rsid w:val="005A3E5A"/>
    <w:rsid w:val="005C2E33"/>
    <w:rsid w:val="00631835"/>
    <w:rsid w:val="006A0DE5"/>
    <w:rsid w:val="006F19FD"/>
    <w:rsid w:val="00704004"/>
    <w:rsid w:val="00713995"/>
    <w:rsid w:val="00781405"/>
    <w:rsid w:val="007B66DE"/>
    <w:rsid w:val="008F3C13"/>
    <w:rsid w:val="008F6DDB"/>
    <w:rsid w:val="00916866"/>
    <w:rsid w:val="009D2C38"/>
    <w:rsid w:val="00A06FC6"/>
    <w:rsid w:val="00AA1D8D"/>
    <w:rsid w:val="00AB3541"/>
    <w:rsid w:val="00B47730"/>
    <w:rsid w:val="00B6105D"/>
    <w:rsid w:val="00BC2C1C"/>
    <w:rsid w:val="00BD1380"/>
    <w:rsid w:val="00C668F2"/>
    <w:rsid w:val="00C767F3"/>
    <w:rsid w:val="00CB0664"/>
    <w:rsid w:val="00CB2235"/>
    <w:rsid w:val="00D00339"/>
    <w:rsid w:val="00D1245D"/>
    <w:rsid w:val="00D72C13"/>
    <w:rsid w:val="00E367D3"/>
    <w:rsid w:val="00E70F87"/>
    <w:rsid w:val="00EB6A27"/>
    <w:rsid w:val="00EE2686"/>
    <w:rsid w:val="00EF1F46"/>
    <w:rsid w:val="00F5612B"/>
    <w:rsid w:val="00F83C07"/>
    <w:rsid w:val="00FC693F"/>
    <w:rsid w:val="00FD3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FE6537"/>
  <w14:defaultImageDpi w14:val="300"/>
  <w15:docId w15:val="{195F599B-03FE-431F-8C15-84EF5B9E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47" w:lineRule="auto"/>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Heading">
    <w:name w:val="Contract Heading"/>
    <w:pPr>
      <w:keepNext/>
      <w:spacing w:before="120" w:after="60"/>
    </w:pPr>
    <w:rPr>
      <w:rFonts w:ascii="Times New Roman" w:eastAsia="Times New Roman" w:hAnsi="Times New Roman"/>
      <w:b/>
    </w:rPr>
  </w:style>
  <w:style w:type="paragraph" w:customStyle="1" w:styleId="SmallNote">
    <w:name w:val="Small Note"/>
    <w:pPr>
      <w:spacing w:after="40"/>
    </w:pPr>
    <w:rPr>
      <w:rFonts w:ascii="Times New Roman" w:eastAsia="Times New Roman" w:hAnsi="Times New Roman"/>
      <w:i/>
      <w:color w:val="505050"/>
      <w:sz w:val="18"/>
    </w:rPr>
  </w:style>
  <w:style w:type="character" w:styleId="aff8">
    <w:name w:val="Hyperlink"/>
    <w:basedOn w:val="a2"/>
    <w:uiPriority w:val="99"/>
    <w:unhideWhenUsed/>
    <w:rsid w:val="007B66DE"/>
    <w:rPr>
      <w:color w:val="0000FF" w:themeColor="hyperlink"/>
      <w:u w:val="single"/>
    </w:rPr>
  </w:style>
  <w:style w:type="character" w:styleId="aff9">
    <w:name w:val="Unresolved Mention"/>
    <w:basedOn w:val="a2"/>
    <w:uiPriority w:val="99"/>
    <w:semiHidden/>
    <w:unhideWhenUsed/>
    <w:rsid w:val="007B6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e-glampin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2208</Words>
  <Characters>12588</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26</cp:revision>
  <dcterms:created xsi:type="dcterms:W3CDTF">2013-12-23T23:15:00Z</dcterms:created>
  <dcterms:modified xsi:type="dcterms:W3CDTF">2026-09-14T14:42:00Z</dcterms:modified>
  <cp:category/>
</cp:coreProperties>
</file>